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22DFE" w14:textId="77777777" w:rsidR="00856D65" w:rsidRDefault="0086246D">
      <w:pPr>
        <w:spacing w:after="0"/>
      </w:pPr>
      <w:r>
        <w:rPr>
          <w:b/>
          <w:color w:val="0066CC"/>
          <w:sz w:val="34"/>
        </w:rPr>
        <w:t>ROOF ASSESSMENT CHECKLIST</w:t>
      </w:r>
    </w:p>
    <w:p w14:paraId="13FB40A5" w14:textId="77777777" w:rsidR="00856D65" w:rsidRDefault="0086246D">
      <w:pPr>
        <w:pBdr>
          <w:bottom w:val="single" w:sz="12" w:space="4" w:color="0066CC"/>
        </w:pBdr>
        <w:spacing w:after="40"/>
      </w:pPr>
      <w:r>
        <w:rPr>
          <w:color w:val="52796F"/>
          <w:sz w:val="19"/>
        </w:rPr>
        <w:t>Free companion tool to Chapter 3: Panels and Placement</w:t>
      </w:r>
    </w:p>
    <w:p w14:paraId="28EBA57A" w14:textId="77777777" w:rsidR="00856D65" w:rsidRDefault="0086246D">
      <w:pPr>
        <w:spacing w:after="60" w:line="240" w:lineRule="auto"/>
      </w:pPr>
      <w:r>
        <w:rPr>
          <w:b/>
          <w:sz w:val="17"/>
        </w:rPr>
        <w:t>Property:</w:t>
      </w:r>
      <w:r>
        <w:rPr>
          <w:sz w:val="17"/>
        </w:rPr>
        <w:t xml:space="preserve"> ________________________________________      </w:t>
      </w:r>
      <w:r>
        <w:rPr>
          <w:b/>
          <w:sz w:val="17"/>
        </w:rPr>
        <w:t>Date:</w:t>
      </w:r>
      <w:r>
        <w:rPr>
          <w:sz w:val="17"/>
        </w:rPr>
        <w:t xml:space="preserve"> __________</w:t>
      </w:r>
    </w:p>
    <w:p w14:paraId="73380140" w14:textId="5B9171D1" w:rsidR="00856D65" w:rsidRDefault="0086246D">
      <w:pPr>
        <w:spacing w:after="0" w:line="240" w:lineRule="auto"/>
      </w:pPr>
      <w:r>
        <w:rPr>
          <w:i/>
          <w:color w:val="52796F"/>
          <w:sz w:val="17"/>
        </w:rPr>
        <w:t xml:space="preserve">Use one column per roof face that could take panels. You'll need a phone compass app, a tape measure and a camera. </w:t>
      </w:r>
    </w:p>
    <w:p w14:paraId="4694DC7A" w14:textId="77777777" w:rsidR="00856D65" w:rsidRDefault="0086246D">
      <w:pPr>
        <w:keepNext/>
        <w:spacing w:before="100" w:after="50"/>
      </w:pPr>
      <w:r>
        <w:rPr>
          <w:b/>
          <w:color w:val="52796F"/>
          <w:sz w:val="21"/>
        </w:rPr>
        <w:t>1. Roof faces</w:t>
      </w:r>
    </w:p>
    <w:tbl>
      <w:tblPr>
        <w:tblW w:w="9746" w:type="dxa"/>
        <w:tblBorders>
          <w:top w:val="single" w:sz="4" w:space="0" w:color="9FB0B0"/>
          <w:left w:val="single" w:sz="4" w:space="0" w:color="9FB0B0"/>
          <w:bottom w:val="single" w:sz="4" w:space="0" w:color="9FB0B0"/>
          <w:right w:val="single" w:sz="4" w:space="0" w:color="9FB0B0"/>
          <w:insideH w:val="single" w:sz="4" w:space="0" w:color="9FB0B0"/>
          <w:insideV w:val="single" w:sz="4" w:space="0" w:color="9FB0B0"/>
        </w:tblBorders>
        <w:tblLayout w:type="fixed"/>
        <w:tblLook w:val="04A0" w:firstRow="1" w:lastRow="0" w:firstColumn="1" w:lastColumn="0" w:noHBand="0" w:noVBand="1"/>
      </w:tblPr>
      <w:tblGrid>
        <w:gridCol w:w="2300"/>
        <w:gridCol w:w="2482"/>
        <w:gridCol w:w="2482"/>
        <w:gridCol w:w="2482"/>
      </w:tblGrid>
      <w:tr w:rsidR="00856D65" w14:paraId="3A6CA9B4" w14:textId="77777777">
        <w:trPr>
          <w:cantSplit/>
          <w:tblHeader/>
        </w:trPr>
        <w:tc>
          <w:tcPr>
            <w:tcW w:w="2300" w:type="dxa"/>
            <w:shd w:val="clear" w:color="auto" w:fill="0066CC"/>
            <w:tcMar>
              <w:top w:w="40" w:type="dxa"/>
              <w:left w:w="80" w:type="dxa"/>
              <w:bottom w:w="40" w:type="dxa"/>
              <w:right w:w="80" w:type="dxa"/>
            </w:tcMar>
            <w:vAlign w:val="center"/>
          </w:tcPr>
          <w:p w14:paraId="57DB0145" w14:textId="77777777" w:rsidR="00856D65" w:rsidRDefault="00856D65">
            <w:pPr>
              <w:spacing w:after="0" w:line="240" w:lineRule="auto"/>
            </w:pPr>
          </w:p>
        </w:tc>
        <w:tc>
          <w:tcPr>
            <w:tcW w:w="2482" w:type="dxa"/>
            <w:shd w:val="clear" w:color="auto" w:fill="0066CC"/>
            <w:tcMar>
              <w:top w:w="40" w:type="dxa"/>
              <w:left w:w="80" w:type="dxa"/>
              <w:bottom w:w="40" w:type="dxa"/>
              <w:right w:w="80" w:type="dxa"/>
            </w:tcMar>
            <w:vAlign w:val="center"/>
          </w:tcPr>
          <w:p w14:paraId="07CCA2D0" w14:textId="77777777" w:rsidR="00856D65" w:rsidRDefault="0086246D">
            <w:pPr>
              <w:spacing w:after="0" w:line="240" w:lineRule="auto"/>
              <w:jc w:val="center"/>
            </w:pPr>
            <w:r>
              <w:rPr>
                <w:b/>
                <w:color w:val="FFFFFF"/>
                <w:sz w:val="17"/>
              </w:rPr>
              <w:t>Face A</w:t>
            </w:r>
          </w:p>
        </w:tc>
        <w:tc>
          <w:tcPr>
            <w:tcW w:w="2482" w:type="dxa"/>
            <w:shd w:val="clear" w:color="auto" w:fill="0066CC"/>
            <w:tcMar>
              <w:top w:w="40" w:type="dxa"/>
              <w:left w:w="80" w:type="dxa"/>
              <w:bottom w:w="40" w:type="dxa"/>
              <w:right w:w="80" w:type="dxa"/>
            </w:tcMar>
            <w:vAlign w:val="center"/>
          </w:tcPr>
          <w:p w14:paraId="508ECADF" w14:textId="77777777" w:rsidR="00856D65" w:rsidRDefault="0086246D">
            <w:pPr>
              <w:spacing w:after="0" w:line="240" w:lineRule="auto"/>
              <w:jc w:val="center"/>
            </w:pPr>
            <w:r>
              <w:rPr>
                <w:b/>
                <w:color w:val="FFFFFF"/>
                <w:sz w:val="17"/>
              </w:rPr>
              <w:t>Face B</w:t>
            </w:r>
          </w:p>
        </w:tc>
        <w:tc>
          <w:tcPr>
            <w:tcW w:w="2482" w:type="dxa"/>
            <w:shd w:val="clear" w:color="auto" w:fill="0066CC"/>
            <w:tcMar>
              <w:top w:w="40" w:type="dxa"/>
              <w:left w:w="80" w:type="dxa"/>
              <w:bottom w:w="40" w:type="dxa"/>
              <w:right w:w="80" w:type="dxa"/>
            </w:tcMar>
            <w:vAlign w:val="center"/>
          </w:tcPr>
          <w:p w14:paraId="1109A787" w14:textId="77777777" w:rsidR="00856D65" w:rsidRDefault="0086246D">
            <w:pPr>
              <w:spacing w:after="0" w:line="240" w:lineRule="auto"/>
              <w:jc w:val="center"/>
            </w:pPr>
            <w:r>
              <w:rPr>
                <w:b/>
                <w:color w:val="FFFFFF"/>
                <w:sz w:val="17"/>
              </w:rPr>
              <w:t>Face C</w:t>
            </w:r>
          </w:p>
        </w:tc>
      </w:tr>
      <w:tr w:rsidR="00856D65" w14:paraId="56989ED0" w14:textId="77777777">
        <w:trPr>
          <w:cantSplit/>
          <w:trHeight w:val="340"/>
        </w:trPr>
        <w:tc>
          <w:tcPr>
            <w:tcW w:w="2300" w:type="dxa"/>
            <w:shd w:val="clear" w:color="auto" w:fill="F4F7F6"/>
            <w:tcMar>
              <w:top w:w="40" w:type="dxa"/>
              <w:left w:w="80" w:type="dxa"/>
              <w:bottom w:w="40" w:type="dxa"/>
              <w:right w:w="80" w:type="dxa"/>
            </w:tcMar>
            <w:vAlign w:val="center"/>
          </w:tcPr>
          <w:p w14:paraId="75B7390D" w14:textId="77777777" w:rsidR="00856D65" w:rsidRDefault="0086246D">
            <w:pPr>
              <w:spacing w:after="0" w:line="240" w:lineRule="auto"/>
            </w:pPr>
            <w:r>
              <w:rPr>
                <w:b/>
                <w:sz w:val="17"/>
              </w:rPr>
              <w:t>Where is it? (e.g. front, above garage)</w:t>
            </w:r>
          </w:p>
        </w:tc>
        <w:tc>
          <w:tcPr>
            <w:tcW w:w="2482" w:type="dxa"/>
            <w:shd w:val="clear" w:color="auto" w:fill="FFFFFF"/>
            <w:tcMar>
              <w:top w:w="40" w:type="dxa"/>
              <w:left w:w="80" w:type="dxa"/>
              <w:bottom w:w="40" w:type="dxa"/>
              <w:right w:w="80" w:type="dxa"/>
            </w:tcMar>
            <w:vAlign w:val="center"/>
          </w:tcPr>
          <w:p w14:paraId="11149FB0" w14:textId="77777777" w:rsidR="00856D65" w:rsidRDefault="00856D65">
            <w:pPr>
              <w:spacing w:after="0" w:line="240" w:lineRule="auto"/>
            </w:pPr>
          </w:p>
        </w:tc>
        <w:tc>
          <w:tcPr>
            <w:tcW w:w="2482" w:type="dxa"/>
            <w:shd w:val="clear" w:color="auto" w:fill="FFFFFF"/>
            <w:tcMar>
              <w:top w:w="40" w:type="dxa"/>
              <w:left w:w="80" w:type="dxa"/>
              <w:bottom w:w="40" w:type="dxa"/>
              <w:right w:w="80" w:type="dxa"/>
            </w:tcMar>
            <w:vAlign w:val="center"/>
          </w:tcPr>
          <w:p w14:paraId="5F3ECF12" w14:textId="77777777" w:rsidR="00856D65" w:rsidRDefault="00856D65">
            <w:pPr>
              <w:spacing w:after="0" w:line="240" w:lineRule="auto"/>
            </w:pPr>
          </w:p>
        </w:tc>
        <w:tc>
          <w:tcPr>
            <w:tcW w:w="2482" w:type="dxa"/>
            <w:shd w:val="clear" w:color="auto" w:fill="FFFFFF"/>
            <w:tcMar>
              <w:top w:w="40" w:type="dxa"/>
              <w:left w:w="80" w:type="dxa"/>
              <w:bottom w:w="40" w:type="dxa"/>
              <w:right w:w="80" w:type="dxa"/>
            </w:tcMar>
            <w:vAlign w:val="center"/>
          </w:tcPr>
          <w:p w14:paraId="079ABEDB" w14:textId="77777777" w:rsidR="00856D65" w:rsidRDefault="00856D65">
            <w:pPr>
              <w:spacing w:after="0" w:line="240" w:lineRule="auto"/>
            </w:pPr>
          </w:p>
        </w:tc>
      </w:tr>
      <w:tr w:rsidR="00856D65" w14:paraId="3A4A4D12" w14:textId="77777777">
        <w:trPr>
          <w:cantSplit/>
          <w:trHeight w:val="340"/>
        </w:trPr>
        <w:tc>
          <w:tcPr>
            <w:tcW w:w="2300" w:type="dxa"/>
            <w:shd w:val="clear" w:color="auto" w:fill="F4F7F6"/>
            <w:tcMar>
              <w:top w:w="40" w:type="dxa"/>
              <w:left w:w="80" w:type="dxa"/>
              <w:bottom w:w="40" w:type="dxa"/>
              <w:right w:w="80" w:type="dxa"/>
            </w:tcMar>
            <w:vAlign w:val="center"/>
          </w:tcPr>
          <w:p w14:paraId="381187CD" w14:textId="77777777" w:rsidR="00856D65" w:rsidRDefault="0086246D">
            <w:pPr>
              <w:spacing w:after="0" w:line="240" w:lineRule="auto"/>
            </w:pPr>
            <w:r>
              <w:rPr>
                <w:b/>
                <w:sz w:val="17"/>
              </w:rPr>
              <w:t>Direction it faces</w:t>
            </w:r>
          </w:p>
        </w:tc>
        <w:tc>
          <w:tcPr>
            <w:tcW w:w="2482" w:type="dxa"/>
            <w:shd w:val="clear" w:color="auto" w:fill="FFFFFF"/>
            <w:tcMar>
              <w:top w:w="40" w:type="dxa"/>
              <w:left w:w="80" w:type="dxa"/>
              <w:bottom w:w="40" w:type="dxa"/>
              <w:right w:w="80" w:type="dxa"/>
            </w:tcMar>
            <w:vAlign w:val="center"/>
          </w:tcPr>
          <w:p w14:paraId="13938F14" w14:textId="77777777" w:rsidR="00856D65" w:rsidRDefault="0086246D">
            <w:pPr>
              <w:spacing w:after="0" w:line="240" w:lineRule="auto"/>
            </w:pPr>
            <w:r>
              <w:rPr>
                <w:sz w:val="17"/>
              </w:rPr>
              <w:t>☐</w:t>
            </w:r>
            <w:r>
              <w:rPr>
                <w:sz w:val="17"/>
              </w:rPr>
              <w:t xml:space="preserve"> Towards equator</w:t>
            </w:r>
          </w:p>
          <w:p w14:paraId="1EE4B04F" w14:textId="77777777" w:rsidR="00856D65" w:rsidRDefault="0086246D">
            <w:pPr>
              <w:spacing w:after="0" w:line="240" w:lineRule="auto"/>
            </w:pPr>
            <w:r>
              <w:rPr>
                <w:sz w:val="17"/>
              </w:rPr>
              <w:t>☐</w:t>
            </w:r>
            <w:r>
              <w:rPr>
                <w:sz w:val="17"/>
              </w:rPr>
              <w:t xml:space="preserve"> 45° off equator</w:t>
            </w:r>
          </w:p>
          <w:p w14:paraId="464C8976" w14:textId="77777777" w:rsidR="00856D65" w:rsidRDefault="0086246D">
            <w:pPr>
              <w:spacing w:after="0" w:line="240" w:lineRule="auto"/>
            </w:pPr>
            <w:r>
              <w:rPr>
                <w:sz w:val="17"/>
              </w:rPr>
              <w:t>☐</w:t>
            </w:r>
            <w:r>
              <w:rPr>
                <w:sz w:val="17"/>
              </w:rPr>
              <w:t xml:space="preserve"> East     ☐ West</w:t>
            </w:r>
          </w:p>
          <w:p w14:paraId="014247A4" w14:textId="77777777" w:rsidR="00856D65" w:rsidRDefault="0086246D">
            <w:pPr>
              <w:spacing w:after="0" w:line="240" w:lineRule="auto"/>
            </w:pPr>
            <w:r>
              <w:rPr>
                <w:sz w:val="17"/>
              </w:rPr>
              <w:t>☐</w:t>
            </w:r>
            <w:r>
              <w:rPr>
                <w:sz w:val="17"/>
              </w:rPr>
              <w:t xml:space="preserve"> Away     ☐ Flat</w:t>
            </w:r>
          </w:p>
        </w:tc>
        <w:tc>
          <w:tcPr>
            <w:tcW w:w="2482" w:type="dxa"/>
            <w:shd w:val="clear" w:color="auto" w:fill="FFFFFF"/>
            <w:tcMar>
              <w:top w:w="40" w:type="dxa"/>
              <w:left w:w="80" w:type="dxa"/>
              <w:bottom w:w="40" w:type="dxa"/>
              <w:right w:w="80" w:type="dxa"/>
            </w:tcMar>
            <w:vAlign w:val="center"/>
          </w:tcPr>
          <w:p w14:paraId="66C314E6" w14:textId="77777777" w:rsidR="00856D65" w:rsidRDefault="0086246D">
            <w:pPr>
              <w:spacing w:after="0" w:line="240" w:lineRule="auto"/>
            </w:pPr>
            <w:r>
              <w:rPr>
                <w:sz w:val="17"/>
              </w:rPr>
              <w:t>☐</w:t>
            </w:r>
            <w:r>
              <w:rPr>
                <w:sz w:val="17"/>
              </w:rPr>
              <w:t xml:space="preserve"> Towards equator</w:t>
            </w:r>
          </w:p>
          <w:p w14:paraId="6505AFD8" w14:textId="77777777" w:rsidR="00856D65" w:rsidRDefault="0086246D">
            <w:pPr>
              <w:spacing w:after="0" w:line="240" w:lineRule="auto"/>
            </w:pPr>
            <w:r>
              <w:rPr>
                <w:sz w:val="17"/>
              </w:rPr>
              <w:t>☐</w:t>
            </w:r>
            <w:r>
              <w:rPr>
                <w:sz w:val="17"/>
              </w:rPr>
              <w:t xml:space="preserve"> 45° off equator</w:t>
            </w:r>
          </w:p>
          <w:p w14:paraId="2637D32D" w14:textId="77777777" w:rsidR="00856D65" w:rsidRDefault="0086246D">
            <w:pPr>
              <w:spacing w:after="0" w:line="240" w:lineRule="auto"/>
            </w:pPr>
            <w:r>
              <w:rPr>
                <w:sz w:val="17"/>
              </w:rPr>
              <w:t>☐</w:t>
            </w:r>
            <w:r>
              <w:rPr>
                <w:sz w:val="17"/>
              </w:rPr>
              <w:t xml:space="preserve"> East     ☐ West</w:t>
            </w:r>
          </w:p>
          <w:p w14:paraId="46AD39CB" w14:textId="77777777" w:rsidR="00856D65" w:rsidRDefault="0086246D">
            <w:pPr>
              <w:spacing w:after="0" w:line="240" w:lineRule="auto"/>
            </w:pPr>
            <w:r>
              <w:rPr>
                <w:sz w:val="17"/>
              </w:rPr>
              <w:t>☐</w:t>
            </w:r>
            <w:r>
              <w:rPr>
                <w:sz w:val="17"/>
              </w:rPr>
              <w:t xml:space="preserve"> Away     ☐ Flat</w:t>
            </w:r>
          </w:p>
        </w:tc>
        <w:tc>
          <w:tcPr>
            <w:tcW w:w="2482" w:type="dxa"/>
            <w:shd w:val="clear" w:color="auto" w:fill="FFFFFF"/>
            <w:tcMar>
              <w:top w:w="40" w:type="dxa"/>
              <w:left w:w="80" w:type="dxa"/>
              <w:bottom w:w="40" w:type="dxa"/>
              <w:right w:w="80" w:type="dxa"/>
            </w:tcMar>
            <w:vAlign w:val="center"/>
          </w:tcPr>
          <w:p w14:paraId="7E8EEF6B" w14:textId="77777777" w:rsidR="00856D65" w:rsidRDefault="0086246D">
            <w:pPr>
              <w:spacing w:after="0" w:line="240" w:lineRule="auto"/>
            </w:pPr>
            <w:r>
              <w:rPr>
                <w:sz w:val="17"/>
              </w:rPr>
              <w:t>☐</w:t>
            </w:r>
            <w:r>
              <w:rPr>
                <w:sz w:val="17"/>
              </w:rPr>
              <w:t xml:space="preserve"> Towards equator</w:t>
            </w:r>
          </w:p>
          <w:p w14:paraId="4C83D16F" w14:textId="77777777" w:rsidR="00856D65" w:rsidRDefault="0086246D">
            <w:pPr>
              <w:spacing w:after="0" w:line="240" w:lineRule="auto"/>
            </w:pPr>
            <w:r>
              <w:rPr>
                <w:sz w:val="17"/>
              </w:rPr>
              <w:t>☐</w:t>
            </w:r>
            <w:r>
              <w:rPr>
                <w:sz w:val="17"/>
              </w:rPr>
              <w:t xml:space="preserve"> 45° off equator</w:t>
            </w:r>
          </w:p>
          <w:p w14:paraId="78066903" w14:textId="77777777" w:rsidR="00856D65" w:rsidRDefault="0086246D">
            <w:pPr>
              <w:spacing w:after="0" w:line="240" w:lineRule="auto"/>
            </w:pPr>
            <w:r>
              <w:rPr>
                <w:sz w:val="17"/>
              </w:rPr>
              <w:t>☐</w:t>
            </w:r>
            <w:r>
              <w:rPr>
                <w:sz w:val="17"/>
              </w:rPr>
              <w:t xml:space="preserve"> East     ☐ West</w:t>
            </w:r>
          </w:p>
          <w:p w14:paraId="28F78231" w14:textId="77777777" w:rsidR="00856D65" w:rsidRDefault="0086246D">
            <w:pPr>
              <w:spacing w:after="0" w:line="240" w:lineRule="auto"/>
            </w:pPr>
            <w:r>
              <w:rPr>
                <w:sz w:val="17"/>
              </w:rPr>
              <w:t>☐</w:t>
            </w:r>
            <w:r>
              <w:rPr>
                <w:sz w:val="17"/>
              </w:rPr>
              <w:t xml:space="preserve"> Away     ☐ Flat</w:t>
            </w:r>
          </w:p>
        </w:tc>
      </w:tr>
      <w:tr w:rsidR="00856D65" w14:paraId="65CB6A01" w14:textId="77777777">
        <w:trPr>
          <w:cantSplit/>
          <w:trHeight w:val="340"/>
        </w:trPr>
        <w:tc>
          <w:tcPr>
            <w:tcW w:w="2300" w:type="dxa"/>
            <w:shd w:val="clear" w:color="auto" w:fill="F4F7F6"/>
            <w:tcMar>
              <w:top w:w="40" w:type="dxa"/>
              <w:left w:w="80" w:type="dxa"/>
              <w:bottom w:w="40" w:type="dxa"/>
              <w:right w:w="80" w:type="dxa"/>
            </w:tcMar>
            <w:vAlign w:val="center"/>
          </w:tcPr>
          <w:p w14:paraId="4F7B7904" w14:textId="77777777" w:rsidR="00856D65" w:rsidRDefault="0086246D">
            <w:pPr>
              <w:spacing w:after="0" w:line="240" w:lineRule="auto"/>
            </w:pPr>
            <w:r>
              <w:rPr>
                <w:b/>
                <w:sz w:val="17"/>
              </w:rPr>
              <w:t>Compass bearing</w:t>
            </w:r>
          </w:p>
        </w:tc>
        <w:tc>
          <w:tcPr>
            <w:tcW w:w="2482" w:type="dxa"/>
            <w:shd w:val="clear" w:color="auto" w:fill="FFFFFF"/>
            <w:tcMar>
              <w:top w:w="40" w:type="dxa"/>
              <w:left w:w="80" w:type="dxa"/>
              <w:bottom w:w="40" w:type="dxa"/>
              <w:right w:w="80" w:type="dxa"/>
            </w:tcMar>
            <w:vAlign w:val="center"/>
          </w:tcPr>
          <w:p w14:paraId="4EDE6140" w14:textId="77777777" w:rsidR="00856D65" w:rsidRDefault="0086246D">
            <w:pPr>
              <w:spacing w:after="0" w:line="240" w:lineRule="auto"/>
            </w:pPr>
            <w:r>
              <w:rPr>
                <w:sz w:val="17"/>
              </w:rPr>
              <w:t>______ °</w:t>
            </w:r>
          </w:p>
        </w:tc>
        <w:tc>
          <w:tcPr>
            <w:tcW w:w="2482" w:type="dxa"/>
            <w:shd w:val="clear" w:color="auto" w:fill="FFFFFF"/>
            <w:tcMar>
              <w:top w:w="40" w:type="dxa"/>
              <w:left w:w="80" w:type="dxa"/>
              <w:bottom w:w="40" w:type="dxa"/>
              <w:right w:w="80" w:type="dxa"/>
            </w:tcMar>
            <w:vAlign w:val="center"/>
          </w:tcPr>
          <w:p w14:paraId="4445A313" w14:textId="77777777" w:rsidR="00856D65" w:rsidRDefault="0086246D">
            <w:pPr>
              <w:spacing w:after="0" w:line="240" w:lineRule="auto"/>
            </w:pPr>
            <w:r>
              <w:rPr>
                <w:sz w:val="17"/>
              </w:rPr>
              <w:t>______ °</w:t>
            </w:r>
          </w:p>
        </w:tc>
        <w:tc>
          <w:tcPr>
            <w:tcW w:w="2482" w:type="dxa"/>
            <w:shd w:val="clear" w:color="auto" w:fill="FFFFFF"/>
            <w:tcMar>
              <w:top w:w="40" w:type="dxa"/>
              <w:left w:w="80" w:type="dxa"/>
              <w:bottom w:w="40" w:type="dxa"/>
              <w:right w:w="80" w:type="dxa"/>
            </w:tcMar>
            <w:vAlign w:val="center"/>
          </w:tcPr>
          <w:p w14:paraId="3E8DED0A" w14:textId="77777777" w:rsidR="00856D65" w:rsidRDefault="0086246D">
            <w:pPr>
              <w:spacing w:after="0" w:line="240" w:lineRule="auto"/>
            </w:pPr>
            <w:r>
              <w:rPr>
                <w:sz w:val="17"/>
              </w:rPr>
              <w:t>______ °</w:t>
            </w:r>
          </w:p>
        </w:tc>
      </w:tr>
      <w:tr w:rsidR="00856D65" w14:paraId="44780CFA" w14:textId="77777777">
        <w:trPr>
          <w:cantSplit/>
          <w:trHeight w:val="340"/>
        </w:trPr>
        <w:tc>
          <w:tcPr>
            <w:tcW w:w="2300" w:type="dxa"/>
            <w:shd w:val="clear" w:color="auto" w:fill="F4F7F6"/>
            <w:tcMar>
              <w:top w:w="40" w:type="dxa"/>
              <w:left w:w="80" w:type="dxa"/>
              <w:bottom w:w="40" w:type="dxa"/>
              <w:right w:w="80" w:type="dxa"/>
            </w:tcMar>
            <w:vAlign w:val="center"/>
          </w:tcPr>
          <w:p w14:paraId="47AE8C3E" w14:textId="77777777" w:rsidR="00856D65" w:rsidRDefault="0086246D">
            <w:pPr>
              <w:spacing w:after="0" w:line="240" w:lineRule="auto"/>
            </w:pPr>
            <w:r>
              <w:rPr>
                <w:b/>
                <w:sz w:val="17"/>
              </w:rPr>
              <w:t>Pitch (slope)</w:t>
            </w:r>
          </w:p>
        </w:tc>
        <w:tc>
          <w:tcPr>
            <w:tcW w:w="2482" w:type="dxa"/>
            <w:shd w:val="clear" w:color="auto" w:fill="FFFFFF"/>
            <w:tcMar>
              <w:top w:w="40" w:type="dxa"/>
              <w:left w:w="80" w:type="dxa"/>
              <w:bottom w:w="40" w:type="dxa"/>
              <w:right w:w="80" w:type="dxa"/>
            </w:tcMar>
            <w:vAlign w:val="center"/>
          </w:tcPr>
          <w:p w14:paraId="0E47053C" w14:textId="77777777" w:rsidR="00856D65" w:rsidRDefault="0086246D">
            <w:pPr>
              <w:spacing w:after="0" w:line="240" w:lineRule="auto"/>
            </w:pPr>
            <w:r>
              <w:rPr>
                <w:sz w:val="17"/>
              </w:rPr>
              <w:t>☐</w:t>
            </w:r>
            <w:r>
              <w:rPr>
                <w:sz w:val="17"/>
              </w:rPr>
              <w:t xml:space="preserve"> Flat (0–5°)</w:t>
            </w:r>
          </w:p>
          <w:p w14:paraId="55A0990D" w14:textId="77777777" w:rsidR="00856D65" w:rsidRDefault="0086246D">
            <w:pPr>
              <w:spacing w:after="0" w:line="240" w:lineRule="auto"/>
            </w:pPr>
            <w:r>
              <w:rPr>
                <w:sz w:val="17"/>
              </w:rPr>
              <w:t>☐</w:t>
            </w:r>
            <w:r>
              <w:rPr>
                <w:sz w:val="17"/>
              </w:rPr>
              <w:t xml:space="preserve"> Gentle (5–20°)</w:t>
            </w:r>
          </w:p>
          <w:p w14:paraId="0D1C61CA" w14:textId="77777777" w:rsidR="00856D65" w:rsidRDefault="0086246D">
            <w:pPr>
              <w:spacing w:after="0" w:line="240" w:lineRule="auto"/>
            </w:pPr>
            <w:r>
              <w:rPr>
                <w:sz w:val="17"/>
              </w:rPr>
              <w:t>☐</w:t>
            </w:r>
            <w:r>
              <w:rPr>
                <w:sz w:val="17"/>
              </w:rPr>
              <w:t xml:space="preserve"> Medium (20–35°)</w:t>
            </w:r>
          </w:p>
          <w:p w14:paraId="14E04299" w14:textId="77777777" w:rsidR="00856D65" w:rsidRDefault="0086246D">
            <w:pPr>
              <w:spacing w:after="0" w:line="240" w:lineRule="auto"/>
            </w:pPr>
            <w:r>
              <w:rPr>
                <w:sz w:val="17"/>
              </w:rPr>
              <w:t>☐</w:t>
            </w:r>
            <w:r>
              <w:rPr>
                <w:sz w:val="17"/>
              </w:rPr>
              <w:t xml:space="preserve"> Steep (35°+)</w:t>
            </w:r>
          </w:p>
        </w:tc>
        <w:tc>
          <w:tcPr>
            <w:tcW w:w="2482" w:type="dxa"/>
            <w:shd w:val="clear" w:color="auto" w:fill="FFFFFF"/>
            <w:tcMar>
              <w:top w:w="40" w:type="dxa"/>
              <w:left w:w="80" w:type="dxa"/>
              <w:bottom w:w="40" w:type="dxa"/>
              <w:right w:w="80" w:type="dxa"/>
            </w:tcMar>
            <w:vAlign w:val="center"/>
          </w:tcPr>
          <w:p w14:paraId="7A67B49B" w14:textId="77777777" w:rsidR="00856D65" w:rsidRDefault="0086246D">
            <w:pPr>
              <w:spacing w:after="0" w:line="240" w:lineRule="auto"/>
            </w:pPr>
            <w:r>
              <w:rPr>
                <w:sz w:val="17"/>
              </w:rPr>
              <w:t>☐</w:t>
            </w:r>
            <w:r>
              <w:rPr>
                <w:sz w:val="17"/>
              </w:rPr>
              <w:t xml:space="preserve"> Flat (0–5°)</w:t>
            </w:r>
          </w:p>
          <w:p w14:paraId="77889405" w14:textId="77777777" w:rsidR="00856D65" w:rsidRDefault="0086246D">
            <w:pPr>
              <w:spacing w:after="0" w:line="240" w:lineRule="auto"/>
            </w:pPr>
            <w:r>
              <w:rPr>
                <w:sz w:val="17"/>
              </w:rPr>
              <w:t>☐</w:t>
            </w:r>
            <w:r>
              <w:rPr>
                <w:sz w:val="17"/>
              </w:rPr>
              <w:t xml:space="preserve"> Gentle (5–20°)</w:t>
            </w:r>
          </w:p>
          <w:p w14:paraId="4DA36B71" w14:textId="77777777" w:rsidR="00856D65" w:rsidRDefault="0086246D">
            <w:pPr>
              <w:spacing w:after="0" w:line="240" w:lineRule="auto"/>
            </w:pPr>
            <w:r>
              <w:rPr>
                <w:sz w:val="17"/>
              </w:rPr>
              <w:t>☐</w:t>
            </w:r>
            <w:r>
              <w:rPr>
                <w:sz w:val="17"/>
              </w:rPr>
              <w:t xml:space="preserve"> Medium (20–35°)</w:t>
            </w:r>
          </w:p>
          <w:p w14:paraId="115DAFFC" w14:textId="77777777" w:rsidR="00856D65" w:rsidRDefault="0086246D">
            <w:pPr>
              <w:spacing w:after="0" w:line="240" w:lineRule="auto"/>
            </w:pPr>
            <w:r>
              <w:rPr>
                <w:sz w:val="17"/>
              </w:rPr>
              <w:t>☐</w:t>
            </w:r>
            <w:r>
              <w:rPr>
                <w:sz w:val="17"/>
              </w:rPr>
              <w:t xml:space="preserve"> Steep (35°+)</w:t>
            </w:r>
          </w:p>
        </w:tc>
        <w:tc>
          <w:tcPr>
            <w:tcW w:w="2482" w:type="dxa"/>
            <w:shd w:val="clear" w:color="auto" w:fill="FFFFFF"/>
            <w:tcMar>
              <w:top w:w="40" w:type="dxa"/>
              <w:left w:w="80" w:type="dxa"/>
              <w:bottom w:w="40" w:type="dxa"/>
              <w:right w:w="80" w:type="dxa"/>
            </w:tcMar>
            <w:vAlign w:val="center"/>
          </w:tcPr>
          <w:p w14:paraId="52351988" w14:textId="77777777" w:rsidR="00856D65" w:rsidRDefault="0086246D">
            <w:pPr>
              <w:spacing w:after="0" w:line="240" w:lineRule="auto"/>
            </w:pPr>
            <w:r>
              <w:rPr>
                <w:sz w:val="17"/>
              </w:rPr>
              <w:t>☐</w:t>
            </w:r>
            <w:r>
              <w:rPr>
                <w:sz w:val="17"/>
              </w:rPr>
              <w:t xml:space="preserve"> Flat (0–5°)</w:t>
            </w:r>
          </w:p>
          <w:p w14:paraId="5A215F14" w14:textId="77777777" w:rsidR="00856D65" w:rsidRDefault="0086246D">
            <w:pPr>
              <w:spacing w:after="0" w:line="240" w:lineRule="auto"/>
            </w:pPr>
            <w:r>
              <w:rPr>
                <w:sz w:val="17"/>
              </w:rPr>
              <w:t>☐</w:t>
            </w:r>
            <w:r>
              <w:rPr>
                <w:sz w:val="17"/>
              </w:rPr>
              <w:t xml:space="preserve"> Gentle (5–20°)</w:t>
            </w:r>
          </w:p>
          <w:p w14:paraId="4D4978F4" w14:textId="77777777" w:rsidR="00856D65" w:rsidRDefault="0086246D">
            <w:pPr>
              <w:spacing w:after="0" w:line="240" w:lineRule="auto"/>
            </w:pPr>
            <w:r>
              <w:rPr>
                <w:sz w:val="17"/>
              </w:rPr>
              <w:t>☐</w:t>
            </w:r>
            <w:r>
              <w:rPr>
                <w:sz w:val="17"/>
              </w:rPr>
              <w:t xml:space="preserve"> Medium (20–35°)</w:t>
            </w:r>
          </w:p>
          <w:p w14:paraId="16B1F7B1" w14:textId="77777777" w:rsidR="00856D65" w:rsidRDefault="0086246D">
            <w:pPr>
              <w:spacing w:after="0" w:line="240" w:lineRule="auto"/>
            </w:pPr>
            <w:r>
              <w:rPr>
                <w:sz w:val="17"/>
              </w:rPr>
              <w:t>☐</w:t>
            </w:r>
            <w:r>
              <w:rPr>
                <w:sz w:val="17"/>
              </w:rPr>
              <w:t xml:space="preserve"> Steep (35°+)</w:t>
            </w:r>
          </w:p>
        </w:tc>
      </w:tr>
      <w:tr w:rsidR="00856D65" w14:paraId="17742005" w14:textId="77777777">
        <w:trPr>
          <w:cantSplit/>
          <w:trHeight w:val="340"/>
        </w:trPr>
        <w:tc>
          <w:tcPr>
            <w:tcW w:w="2300" w:type="dxa"/>
            <w:shd w:val="clear" w:color="auto" w:fill="F4F7F6"/>
            <w:tcMar>
              <w:top w:w="40" w:type="dxa"/>
              <w:left w:w="80" w:type="dxa"/>
              <w:bottom w:w="40" w:type="dxa"/>
              <w:right w:w="80" w:type="dxa"/>
            </w:tcMar>
            <w:vAlign w:val="center"/>
          </w:tcPr>
          <w:p w14:paraId="4C96BE31" w14:textId="77777777" w:rsidR="00856D65" w:rsidRDefault="0086246D">
            <w:pPr>
              <w:spacing w:after="0" w:line="240" w:lineRule="auto"/>
            </w:pPr>
            <w:r>
              <w:rPr>
                <w:b/>
                <w:sz w:val="17"/>
              </w:rPr>
              <w:t>Usable area (clear of edges, vents, skylights)</w:t>
            </w:r>
          </w:p>
        </w:tc>
        <w:tc>
          <w:tcPr>
            <w:tcW w:w="2482" w:type="dxa"/>
            <w:shd w:val="clear" w:color="auto" w:fill="FFFFFF"/>
            <w:tcMar>
              <w:top w:w="40" w:type="dxa"/>
              <w:left w:w="80" w:type="dxa"/>
              <w:bottom w:w="40" w:type="dxa"/>
              <w:right w:w="80" w:type="dxa"/>
            </w:tcMar>
            <w:vAlign w:val="center"/>
          </w:tcPr>
          <w:p w14:paraId="4E0B42CE" w14:textId="77777777" w:rsidR="00856D65" w:rsidRDefault="0086246D">
            <w:pPr>
              <w:spacing w:after="0" w:line="240" w:lineRule="auto"/>
            </w:pPr>
            <w:r>
              <w:rPr>
                <w:sz w:val="17"/>
              </w:rPr>
              <w:t>___ m × ___ m = _____ m²</w:t>
            </w:r>
          </w:p>
        </w:tc>
        <w:tc>
          <w:tcPr>
            <w:tcW w:w="2482" w:type="dxa"/>
            <w:shd w:val="clear" w:color="auto" w:fill="FFFFFF"/>
            <w:tcMar>
              <w:top w:w="40" w:type="dxa"/>
              <w:left w:w="80" w:type="dxa"/>
              <w:bottom w:w="40" w:type="dxa"/>
              <w:right w:w="80" w:type="dxa"/>
            </w:tcMar>
            <w:vAlign w:val="center"/>
          </w:tcPr>
          <w:p w14:paraId="210EACFC" w14:textId="77777777" w:rsidR="00856D65" w:rsidRDefault="0086246D">
            <w:pPr>
              <w:spacing w:after="0" w:line="240" w:lineRule="auto"/>
            </w:pPr>
            <w:r>
              <w:rPr>
                <w:sz w:val="17"/>
              </w:rPr>
              <w:t>___ m × ___ m = _____ m²</w:t>
            </w:r>
          </w:p>
        </w:tc>
        <w:tc>
          <w:tcPr>
            <w:tcW w:w="2482" w:type="dxa"/>
            <w:shd w:val="clear" w:color="auto" w:fill="FFFFFF"/>
            <w:tcMar>
              <w:top w:w="40" w:type="dxa"/>
              <w:left w:w="80" w:type="dxa"/>
              <w:bottom w:w="40" w:type="dxa"/>
              <w:right w:w="80" w:type="dxa"/>
            </w:tcMar>
            <w:vAlign w:val="center"/>
          </w:tcPr>
          <w:p w14:paraId="4B0EF259" w14:textId="77777777" w:rsidR="00856D65" w:rsidRDefault="0086246D">
            <w:pPr>
              <w:spacing w:after="0" w:line="240" w:lineRule="auto"/>
            </w:pPr>
            <w:r>
              <w:rPr>
                <w:sz w:val="17"/>
              </w:rPr>
              <w:t>___ m × ___ m = _____ m²</w:t>
            </w:r>
          </w:p>
        </w:tc>
      </w:tr>
      <w:tr w:rsidR="00856D65" w14:paraId="5C26A22E" w14:textId="77777777">
        <w:trPr>
          <w:cantSplit/>
          <w:trHeight w:val="340"/>
        </w:trPr>
        <w:tc>
          <w:tcPr>
            <w:tcW w:w="2300" w:type="dxa"/>
            <w:shd w:val="clear" w:color="auto" w:fill="F4F7F6"/>
            <w:tcMar>
              <w:top w:w="40" w:type="dxa"/>
              <w:left w:w="80" w:type="dxa"/>
              <w:bottom w:w="40" w:type="dxa"/>
              <w:right w:w="80" w:type="dxa"/>
            </w:tcMar>
            <w:vAlign w:val="center"/>
          </w:tcPr>
          <w:p w14:paraId="5CFD1191" w14:textId="77777777" w:rsidR="00856D65" w:rsidRDefault="0086246D">
            <w:pPr>
              <w:spacing w:after="0" w:line="240" w:lineRule="auto"/>
            </w:pPr>
            <w:r>
              <w:rPr>
                <w:b/>
                <w:sz w:val="17"/>
              </w:rPr>
              <w:t>Approx. panels (area ÷ 2.7 m²)</w:t>
            </w:r>
          </w:p>
        </w:tc>
        <w:tc>
          <w:tcPr>
            <w:tcW w:w="2482" w:type="dxa"/>
            <w:shd w:val="clear" w:color="auto" w:fill="FFFFFF"/>
            <w:tcMar>
              <w:top w:w="40" w:type="dxa"/>
              <w:left w:w="80" w:type="dxa"/>
              <w:bottom w:w="40" w:type="dxa"/>
              <w:right w:w="80" w:type="dxa"/>
            </w:tcMar>
            <w:vAlign w:val="center"/>
          </w:tcPr>
          <w:p w14:paraId="7397D8E4" w14:textId="77777777" w:rsidR="00856D65" w:rsidRDefault="0086246D">
            <w:pPr>
              <w:spacing w:after="0" w:line="240" w:lineRule="auto"/>
            </w:pPr>
            <w:r>
              <w:rPr>
                <w:sz w:val="17"/>
              </w:rPr>
              <w:t>_____ panels</w:t>
            </w:r>
          </w:p>
        </w:tc>
        <w:tc>
          <w:tcPr>
            <w:tcW w:w="2482" w:type="dxa"/>
            <w:shd w:val="clear" w:color="auto" w:fill="FFFFFF"/>
            <w:tcMar>
              <w:top w:w="40" w:type="dxa"/>
              <w:left w:w="80" w:type="dxa"/>
              <w:bottom w:w="40" w:type="dxa"/>
              <w:right w:w="80" w:type="dxa"/>
            </w:tcMar>
            <w:vAlign w:val="center"/>
          </w:tcPr>
          <w:p w14:paraId="23688E47" w14:textId="77777777" w:rsidR="00856D65" w:rsidRDefault="0086246D">
            <w:pPr>
              <w:spacing w:after="0" w:line="240" w:lineRule="auto"/>
            </w:pPr>
            <w:r>
              <w:rPr>
                <w:sz w:val="17"/>
              </w:rPr>
              <w:t>_____ panels</w:t>
            </w:r>
          </w:p>
        </w:tc>
        <w:tc>
          <w:tcPr>
            <w:tcW w:w="2482" w:type="dxa"/>
            <w:shd w:val="clear" w:color="auto" w:fill="FFFFFF"/>
            <w:tcMar>
              <w:top w:w="40" w:type="dxa"/>
              <w:left w:w="80" w:type="dxa"/>
              <w:bottom w:w="40" w:type="dxa"/>
              <w:right w:w="80" w:type="dxa"/>
            </w:tcMar>
            <w:vAlign w:val="center"/>
          </w:tcPr>
          <w:p w14:paraId="7D26FF8C" w14:textId="77777777" w:rsidR="00856D65" w:rsidRDefault="0086246D">
            <w:pPr>
              <w:spacing w:after="0" w:line="240" w:lineRule="auto"/>
            </w:pPr>
            <w:r>
              <w:rPr>
                <w:sz w:val="17"/>
              </w:rPr>
              <w:t>_____ panels</w:t>
            </w:r>
          </w:p>
        </w:tc>
      </w:tr>
      <w:tr w:rsidR="00856D65" w14:paraId="54C98EA0" w14:textId="77777777">
        <w:trPr>
          <w:cantSplit/>
          <w:trHeight w:val="340"/>
        </w:trPr>
        <w:tc>
          <w:tcPr>
            <w:tcW w:w="2300" w:type="dxa"/>
            <w:shd w:val="clear" w:color="auto" w:fill="F4F7F6"/>
            <w:tcMar>
              <w:top w:w="40" w:type="dxa"/>
              <w:left w:w="80" w:type="dxa"/>
              <w:bottom w:w="40" w:type="dxa"/>
              <w:right w:w="80" w:type="dxa"/>
            </w:tcMar>
            <w:vAlign w:val="center"/>
          </w:tcPr>
          <w:p w14:paraId="5128B685" w14:textId="77777777" w:rsidR="00856D65" w:rsidRDefault="0086246D">
            <w:pPr>
              <w:spacing w:after="0" w:line="240" w:lineRule="auto"/>
            </w:pPr>
            <w:r>
              <w:rPr>
                <w:b/>
                <w:sz w:val="17"/>
              </w:rPr>
              <w:t>Roof covering</w:t>
            </w:r>
          </w:p>
        </w:tc>
        <w:tc>
          <w:tcPr>
            <w:tcW w:w="2482" w:type="dxa"/>
            <w:shd w:val="clear" w:color="auto" w:fill="FFFFFF"/>
            <w:tcMar>
              <w:top w:w="40" w:type="dxa"/>
              <w:left w:w="80" w:type="dxa"/>
              <w:bottom w:w="40" w:type="dxa"/>
              <w:right w:w="80" w:type="dxa"/>
            </w:tcMar>
            <w:vAlign w:val="center"/>
          </w:tcPr>
          <w:p w14:paraId="21EEF72B" w14:textId="77777777" w:rsidR="00856D65" w:rsidRDefault="0086246D">
            <w:pPr>
              <w:spacing w:after="0" w:line="240" w:lineRule="auto"/>
            </w:pPr>
            <w:r>
              <w:rPr>
                <w:sz w:val="17"/>
              </w:rPr>
              <w:t>☐</w:t>
            </w:r>
            <w:r>
              <w:rPr>
                <w:sz w:val="17"/>
              </w:rPr>
              <w:t xml:space="preserve"> Metal sheeting</w:t>
            </w:r>
          </w:p>
          <w:p w14:paraId="678CE0D8" w14:textId="77777777" w:rsidR="00856D65" w:rsidRDefault="0086246D">
            <w:pPr>
              <w:spacing w:after="0" w:line="240" w:lineRule="auto"/>
            </w:pPr>
            <w:r>
              <w:rPr>
                <w:sz w:val="17"/>
              </w:rPr>
              <w:t>☐</w:t>
            </w:r>
            <w:r>
              <w:rPr>
                <w:sz w:val="17"/>
              </w:rPr>
              <w:t xml:space="preserve"> Concrete tile   ☐ Clay tile</w:t>
            </w:r>
          </w:p>
          <w:p w14:paraId="229AAF76" w14:textId="77777777" w:rsidR="00856D65" w:rsidRDefault="0086246D">
            <w:pPr>
              <w:spacing w:after="0" w:line="240" w:lineRule="auto"/>
            </w:pPr>
            <w:r>
              <w:rPr>
                <w:sz w:val="17"/>
              </w:rPr>
              <w:t>☐</w:t>
            </w:r>
            <w:r>
              <w:rPr>
                <w:sz w:val="17"/>
              </w:rPr>
              <w:t xml:space="preserve"> Flat concrete   ☐ Other</w:t>
            </w:r>
          </w:p>
        </w:tc>
        <w:tc>
          <w:tcPr>
            <w:tcW w:w="2482" w:type="dxa"/>
            <w:shd w:val="clear" w:color="auto" w:fill="FFFFFF"/>
            <w:tcMar>
              <w:top w:w="40" w:type="dxa"/>
              <w:left w:w="80" w:type="dxa"/>
              <w:bottom w:w="40" w:type="dxa"/>
              <w:right w:w="80" w:type="dxa"/>
            </w:tcMar>
            <w:vAlign w:val="center"/>
          </w:tcPr>
          <w:p w14:paraId="234A1869" w14:textId="77777777" w:rsidR="00856D65" w:rsidRDefault="0086246D">
            <w:pPr>
              <w:spacing w:after="0" w:line="240" w:lineRule="auto"/>
            </w:pPr>
            <w:r>
              <w:rPr>
                <w:sz w:val="17"/>
              </w:rPr>
              <w:t>☐</w:t>
            </w:r>
            <w:r>
              <w:rPr>
                <w:sz w:val="17"/>
              </w:rPr>
              <w:t xml:space="preserve"> Metal sheeting</w:t>
            </w:r>
          </w:p>
          <w:p w14:paraId="6C97461D" w14:textId="77777777" w:rsidR="00856D65" w:rsidRDefault="0086246D">
            <w:pPr>
              <w:spacing w:after="0" w:line="240" w:lineRule="auto"/>
            </w:pPr>
            <w:r>
              <w:rPr>
                <w:sz w:val="17"/>
              </w:rPr>
              <w:t>☐</w:t>
            </w:r>
            <w:r>
              <w:rPr>
                <w:sz w:val="17"/>
              </w:rPr>
              <w:t xml:space="preserve"> Concrete tile   ☐ Clay tile</w:t>
            </w:r>
          </w:p>
          <w:p w14:paraId="0269BBCD" w14:textId="77777777" w:rsidR="00856D65" w:rsidRDefault="0086246D">
            <w:pPr>
              <w:spacing w:after="0" w:line="240" w:lineRule="auto"/>
            </w:pPr>
            <w:r>
              <w:rPr>
                <w:sz w:val="17"/>
              </w:rPr>
              <w:t>☐</w:t>
            </w:r>
            <w:r>
              <w:rPr>
                <w:sz w:val="17"/>
              </w:rPr>
              <w:t xml:space="preserve"> Flat concrete   ☐ Other</w:t>
            </w:r>
          </w:p>
        </w:tc>
        <w:tc>
          <w:tcPr>
            <w:tcW w:w="2482" w:type="dxa"/>
            <w:shd w:val="clear" w:color="auto" w:fill="FFFFFF"/>
            <w:tcMar>
              <w:top w:w="40" w:type="dxa"/>
              <w:left w:w="80" w:type="dxa"/>
              <w:bottom w:w="40" w:type="dxa"/>
              <w:right w:w="80" w:type="dxa"/>
            </w:tcMar>
            <w:vAlign w:val="center"/>
          </w:tcPr>
          <w:p w14:paraId="2D56654A" w14:textId="77777777" w:rsidR="00856D65" w:rsidRDefault="0086246D">
            <w:pPr>
              <w:spacing w:after="0" w:line="240" w:lineRule="auto"/>
            </w:pPr>
            <w:r>
              <w:rPr>
                <w:sz w:val="17"/>
              </w:rPr>
              <w:t>☐</w:t>
            </w:r>
            <w:r>
              <w:rPr>
                <w:sz w:val="17"/>
              </w:rPr>
              <w:t xml:space="preserve"> Metal sheeting</w:t>
            </w:r>
          </w:p>
          <w:p w14:paraId="66789C1A" w14:textId="77777777" w:rsidR="00856D65" w:rsidRDefault="0086246D">
            <w:pPr>
              <w:spacing w:after="0" w:line="240" w:lineRule="auto"/>
            </w:pPr>
            <w:r>
              <w:rPr>
                <w:sz w:val="17"/>
              </w:rPr>
              <w:t>☐</w:t>
            </w:r>
            <w:r>
              <w:rPr>
                <w:sz w:val="17"/>
              </w:rPr>
              <w:t xml:space="preserve"> Concrete tile   ☐ Clay tile</w:t>
            </w:r>
          </w:p>
          <w:p w14:paraId="3C098895" w14:textId="77777777" w:rsidR="00856D65" w:rsidRDefault="0086246D">
            <w:pPr>
              <w:spacing w:after="0" w:line="240" w:lineRule="auto"/>
            </w:pPr>
            <w:r>
              <w:rPr>
                <w:sz w:val="17"/>
              </w:rPr>
              <w:t>☐</w:t>
            </w:r>
            <w:r>
              <w:rPr>
                <w:sz w:val="17"/>
              </w:rPr>
              <w:t xml:space="preserve"> Flat concrete   ☐ Other</w:t>
            </w:r>
          </w:p>
        </w:tc>
      </w:tr>
    </w:tbl>
    <w:p w14:paraId="53716970" w14:textId="77777777" w:rsidR="00856D65" w:rsidRDefault="0086246D">
      <w:pPr>
        <w:keepNext/>
        <w:spacing w:before="100" w:after="50"/>
      </w:pPr>
      <w:r>
        <w:rPr>
          <w:b/>
          <w:color w:val="52796F"/>
          <w:sz w:val="21"/>
        </w:rPr>
        <w:t>2. Other places for panels</w:t>
      </w:r>
    </w:p>
    <w:tbl>
      <w:tblPr>
        <w:tblW w:w="9746" w:type="dxa"/>
        <w:tblBorders>
          <w:top w:val="single" w:sz="4" w:space="0" w:color="9FB0B0"/>
          <w:left w:val="single" w:sz="4" w:space="0" w:color="9FB0B0"/>
          <w:bottom w:val="single" w:sz="4" w:space="0" w:color="9FB0B0"/>
          <w:right w:val="single" w:sz="4" w:space="0" w:color="9FB0B0"/>
          <w:insideH w:val="single" w:sz="4" w:space="0" w:color="9FB0B0"/>
          <w:insideV w:val="single" w:sz="4" w:space="0" w:color="9FB0B0"/>
        </w:tblBorders>
        <w:tblLayout w:type="fixed"/>
        <w:tblLook w:val="04A0" w:firstRow="1" w:lastRow="0" w:firstColumn="1" w:lastColumn="0" w:noHBand="0" w:noVBand="1"/>
      </w:tblPr>
      <w:tblGrid>
        <w:gridCol w:w="3800"/>
        <w:gridCol w:w="1300"/>
        <w:gridCol w:w="4646"/>
      </w:tblGrid>
      <w:tr w:rsidR="00856D65" w14:paraId="15884ED8" w14:textId="77777777">
        <w:trPr>
          <w:cantSplit/>
          <w:tblHeader/>
        </w:trPr>
        <w:tc>
          <w:tcPr>
            <w:tcW w:w="3800" w:type="dxa"/>
            <w:shd w:val="clear" w:color="auto" w:fill="0066CC"/>
            <w:tcMar>
              <w:top w:w="40" w:type="dxa"/>
              <w:left w:w="80" w:type="dxa"/>
              <w:bottom w:w="40" w:type="dxa"/>
              <w:right w:w="80" w:type="dxa"/>
            </w:tcMar>
            <w:vAlign w:val="center"/>
          </w:tcPr>
          <w:p w14:paraId="40E6DB4F" w14:textId="77777777" w:rsidR="00856D65" w:rsidRDefault="0086246D">
            <w:pPr>
              <w:spacing w:after="0" w:line="240" w:lineRule="auto"/>
            </w:pPr>
            <w:r>
              <w:rPr>
                <w:b/>
                <w:color w:val="FFFFFF"/>
                <w:sz w:val="17"/>
              </w:rPr>
              <w:t>Option</w:t>
            </w:r>
          </w:p>
        </w:tc>
        <w:tc>
          <w:tcPr>
            <w:tcW w:w="1300" w:type="dxa"/>
            <w:shd w:val="clear" w:color="auto" w:fill="0066CC"/>
            <w:tcMar>
              <w:top w:w="40" w:type="dxa"/>
              <w:left w:w="80" w:type="dxa"/>
              <w:bottom w:w="40" w:type="dxa"/>
              <w:right w:w="80" w:type="dxa"/>
            </w:tcMar>
            <w:vAlign w:val="center"/>
          </w:tcPr>
          <w:p w14:paraId="73783592" w14:textId="77777777" w:rsidR="00856D65" w:rsidRDefault="0086246D">
            <w:pPr>
              <w:spacing w:after="0" w:line="240" w:lineRule="auto"/>
              <w:jc w:val="center"/>
            </w:pPr>
            <w:r>
              <w:rPr>
                <w:b/>
                <w:color w:val="FFFFFF"/>
                <w:sz w:val="17"/>
              </w:rPr>
              <w:t>Area</w:t>
            </w:r>
          </w:p>
        </w:tc>
        <w:tc>
          <w:tcPr>
            <w:tcW w:w="4646" w:type="dxa"/>
            <w:shd w:val="clear" w:color="auto" w:fill="0066CC"/>
            <w:tcMar>
              <w:top w:w="40" w:type="dxa"/>
              <w:left w:w="80" w:type="dxa"/>
              <w:bottom w:w="40" w:type="dxa"/>
              <w:right w:w="80" w:type="dxa"/>
            </w:tcMar>
            <w:vAlign w:val="center"/>
          </w:tcPr>
          <w:p w14:paraId="65AC1401" w14:textId="77777777" w:rsidR="00856D65" w:rsidRDefault="0086246D">
            <w:pPr>
              <w:spacing w:after="0" w:line="240" w:lineRule="auto"/>
              <w:jc w:val="center"/>
            </w:pPr>
            <w:r>
              <w:rPr>
                <w:b/>
                <w:color w:val="FFFFFF"/>
                <w:sz w:val="17"/>
              </w:rPr>
              <w:t>Notes (shade, access, approvals)</w:t>
            </w:r>
          </w:p>
        </w:tc>
      </w:tr>
      <w:tr w:rsidR="00856D65" w14:paraId="35BC5F8D" w14:textId="77777777">
        <w:trPr>
          <w:cantSplit/>
          <w:trHeight w:val="320"/>
        </w:trPr>
        <w:tc>
          <w:tcPr>
            <w:tcW w:w="3800" w:type="dxa"/>
            <w:shd w:val="clear" w:color="auto" w:fill="F4F7F6"/>
            <w:tcMar>
              <w:top w:w="40" w:type="dxa"/>
              <w:left w:w="80" w:type="dxa"/>
              <w:bottom w:w="40" w:type="dxa"/>
              <w:right w:w="80" w:type="dxa"/>
            </w:tcMar>
            <w:vAlign w:val="center"/>
          </w:tcPr>
          <w:p w14:paraId="29457E33" w14:textId="77777777" w:rsidR="00856D65" w:rsidRDefault="0086246D">
            <w:pPr>
              <w:spacing w:after="0" w:line="240" w:lineRule="auto"/>
            </w:pPr>
            <w:r>
              <w:rPr>
                <w:b/>
                <w:sz w:val="17"/>
              </w:rPr>
              <w:t>☐</w:t>
            </w:r>
            <w:r>
              <w:rPr>
                <w:b/>
                <w:sz w:val="17"/>
              </w:rPr>
              <w:t xml:space="preserve"> Ground-mount frame</w:t>
            </w:r>
          </w:p>
        </w:tc>
        <w:tc>
          <w:tcPr>
            <w:tcW w:w="1300" w:type="dxa"/>
            <w:shd w:val="clear" w:color="auto" w:fill="FFFFFF"/>
            <w:tcMar>
              <w:top w:w="40" w:type="dxa"/>
              <w:left w:w="80" w:type="dxa"/>
              <w:bottom w:w="40" w:type="dxa"/>
              <w:right w:w="80" w:type="dxa"/>
            </w:tcMar>
            <w:vAlign w:val="center"/>
          </w:tcPr>
          <w:p w14:paraId="6A073A2D" w14:textId="77777777" w:rsidR="00856D65" w:rsidRDefault="0086246D">
            <w:pPr>
              <w:spacing w:after="0" w:line="240" w:lineRule="auto"/>
            </w:pPr>
            <w:r>
              <w:rPr>
                <w:sz w:val="17"/>
              </w:rPr>
              <w:t>_____ m²</w:t>
            </w:r>
          </w:p>
        </w:tc>
        <w:tc>
          <w:tcPr>
            <w:tcW w:w="4646" w:type="dxa"/>
            <w:shd w:val="clear" w:color="auto" w:fill="FFFFFF"/>
            <w:tcMar>
              <w:top w:w="40" w:type="dxa"/>
              <w:left w:w="80" w:type="dxa"/>
              <w:bottom w:w="40" w:type="dxa"/>
              <w:right w:w="80" w:type="dxa"/>
            </w:tcMar>
            <w:vAlign w:val="center"/>
          </w:tcPr>
          <w:p w14:paraId="324FAD69" w14:textId="77777777" w:rsidR="00856D65" w:rsidRDefault="00856D65">
            <w:pPr>
              <w:spacing w:after="0" w:line="240" w:lineRule="auto"/>
            </w:pPr>
          </w:p>
        </w:tc>
      </w:tr>
      <w:tr w:rsidR="00856D65" w14:paraId="77E5006A" w14:textId="77777777">
        <w:trPr>
          <w:cantSplit/>
          <w:trHeight w:val="320"/>
        </w:trPr>
        <w:tc>
          <w:tcPr>
            <w:tcW w:w="3800" w:type="dxa"/>
            <w:shd w:val="clear" w:color="auto" w:fill="F4F7F6"/>
            <w:tcMar>
              <w:top w:w="40" w:type="dxa"/>
              <w:left w:w="80" w:type="dxa"/>
              <w:bottom w:w="40" w:type="dxa"/>
              <w:right w:w="80" w:type="dxa"/>
            </w:tcMar>
            <w:vAlign w:val="center"/>
          </w:tcPr>
          <w:p w14:paraId="16AA65DD" w14:textId="77777777" w:rsidR="00856D65" w:rsidRDefault="0086246D">
            <w:pPr>
              <w:spacing w:after="0" w:line="240" w:lineRule="auto"/>
            </w:pPr>
            <w:r>
              <w:rPr>
                <w:b/>
                <w:sz w:val="17"/>
              </w:rPr>
              <w:t>☐</w:t>
            </w:r>
            <w:r>
              <w:rPr>
                <w:b/>
                <w:sz w:val="17"/>
              </w:rPr>
              <w:t xml:space="preserve"> Carport (a double carport gives about 30–35 m²)</w:t>
            </w:r>
          </w:p>
        </w:tc>
        <w:tc>
          <w:tcPr>
            <w:tcW w:w="1300" w:type="dxa"/>
            <w:shd w:val="clear" w:color="auto" w:fill="FFFFFF"/>
            <w:tcMar>
              <w:top w:w="40" w:type="dxa"/>
              <w:left w:w="80" w:type="dxa"/>
              <w:bottom w:w="40" w:type="dxa"/>
              <w:right w:w="80" w:type="dxa"/>
            </w:tcMar>
            <w:vAlign w:val="center"/>
          </w:tcPr>
          <w:p w14:paraId="22128742" w14:textId="77777777" w:rsidR="00856D65" w:rsidRDefault="0086246D">
            <w:pPr>
              <w:spacing w:after="0" w:line="240" w:lineRule="auto"/>
            </w:pPr>
            <w:r>
              <w:rPr>
                <w:sz w:val="17"/>
              </w:rPr>
              <w:t>_____ m²</w:t>
            </w:r>
          </w:p>
        </w:tc>
        <w:tc>
          <w:tcPr>
            <w:tcW w:w="4646" w:type="dxa"/>
            <w:shd w:val="clear" w:color="auto" w:fill="FFFFFF"/>
            <w:tcMar>
              <w:top w:w="40" w:type="dxa"/>
              <w:left w:w="80" w:type="dxa"/>
              <w:bottom w:w="40" w:type="dxa"/>
              <w:right w:w="80" w:type="dxa"/>
            </w:tcMar>
            <w:vAlign w:val="center"/>
          </w:tcPr>
          <w:p w14:paraId="3BDBBCC1" w14:textId="77777777" w:rsidR="00856D65" w:rsidRDefault="00856D65">
            <w:pPr>
              <w:spacing w:after="0" w:line="240" w:lineRule="auto"/>
            </w:pPr>
          </w:p>
        </w:tc>
      </w:tr>
      <w:tr w:rsidR="00856D65" w14:paraId="360C46B5" w14:textId="77777777">
        <w:trPr>
          <w:cantSplit/>
          <w:trHeight w:val="320"/>
        </w:trPr>
        <w:tc>
          <w:tcPr>
            <w:tcW w:w="3800" w:type="dxa"/>
            <w:shd w:val="clear" w:color="auto" w:fill="F4F7F6"/>
            <w:tcMar>
              <w:top w:w="40" w:type="dxa"/>
              <w:left w:w="80" w:type="dxa"/>
              <w:bottom w:w="40" w:type="dxa"/>
              <w:right w:w="80" w:type="dxa"/>
            </w:tcMar>
            <w:vAlign w:val="center"/>
          </w:tcPr>
          <w:p w14:paraId="274DED94" w14:textId="77777777" w:rsidR="00856D65" w:rsidRDefault="0086246D">
            <w:pPr>
              <w:spacing w:after="0" w:line="240" w:lineRule="auto"/>
            </w:pPr>
            <w:r>
              <w:rPr>
                <w:b/>
                <w:sz w:val="17"/>
              </w:rPr>
              <w:t>☐</w:t>
            </w:r>
            <w:r>
              <w:rPr>
                <w:b/>
                <w:sz w:val="17"/>
              </w:rPr>
              <w:t xml:space="preserve"> Pergola</w:t>
            </w:r>
          </w:p>
        </w:tc>
        <w:tc>
          <w:tcPr>
            <w:tcW w:w="1300" w:type="dxa"/>
            <w:shd w:val="clear" w:color="auto" w:fill="FFFFFF"/>
            <w:tcMar>
              <w:top w:w="40" w:type="dxa"/>
              <w:left w:w="80" w:type="dxa"/>
              <w:bottom w:w="40" w:type="dxa"/>
              <w:right w:w="80" w:type="dxa"/>
            </w:tcMar>
            <w:vAlign w:val="center"/>
          </w:tcPr>
          <w:p w14:paraId="739FFF09" w14:textId="77777777" w:rsidR="00856D65" w:rsidRDefault="0086246D">
            <w:pPr>
              <w:spacing w:after="0" w:line="240" w:lineRule="auto"/>
            </w:pPr>
            <w:r>
              <w:rPr>
                <w:sz w:val="17"/>
              </w:rPr>
              <w:t>_____ m²</w:t>
            </w:r>
          </w:p>
        </w:tc>
        <w:tc>
          <w:tcPr>
            <w:tcW w:w="4646" w:type="dxa"/>
            <w:shd w:val="clear" w:color="auto" w:fill="FFFFFF"/>
            <w:tcMar>
              <w:top w:w="40" w:type="dxa"/>
              <w:left w:w="80" w:type="dxa"/>
              <w:bottom w:w="40" w:type="dxa"/>
              <w:right w:w="80" w:type="dxa"/>
            </w:tcMar>
            <w:vAlign w:val="center"/>
          </w:tcPr>
          <w:p w14:paraId="5C07E5EB" w14:textId="77777777" w:rsidR="00856D65" w:rsidRDefault="00856D65">
            <w:pPr>
              <w:spacing w:after="0" w:line="240" w:lineRule="auto"/>
            </w:pPr>
          </w:p>
        </w:tc>
      </w:tr>
    </w:tbl>
    <w:p w14:paraId="10015B88" w14:textId="77777777" w:rsidR="00856D65" w:rsidRDefault="0086246D">
      <w:pPr>
        <w:keepNext/>
        <w:spacing w:before="100" w:after="50"/>
      </w:pPr>
      <w:r>
        <w:rPr>
          <w:b/>
          <w:color w:val="52796F"/>
          <w:sz w:val="21"/>
        </w:rPr>
        <w:t>3. Roof condition</w:t>
      </w:r>
    </w:p>
    <w:p w14:paraId="1F2138B7" w14:textId="5490C640" w:rsidR="00856D65" w:rsidRDefault="0086246D">
      <w:pPr>
        <w:spacing w:after="50" w:line="240" w:lineRule="auto"/>
      </w:pPr>
      <w:r>
        <w:rPr>
          <w:sz w:val="17"/>
        </w:rPr>
        <w:t>Check from outside and</w:t>
      </w:r>
      <w:r>
        <w:rPr>
          <w:sz w:val="17"/>
        </w:rPr>
        <w:t xml:space="preserve"> </w:t>
      </w:r>
      <w:r>
        <w:rPr>
          <w:sz w:val="17"/>
        </w:rPr>
        <w:t xml:space="preserve">inside the roof space. Any </w:t>
      </w:r>
      <w:r>
        <w:rPr>
          <w:b/>
          <w:sz w:val="17"/>
        </w:rPr>
        <w:t>Yes</w:t>
      </w:r>
      <w:r>
        <w:rPr>
          <w:sz w:val="17"/>
        </w:rPr>
        <w:t xml:space="preserve"> means getting it checked before panels go on (Chapter 3, section 3.6).</w:t>
      </w:r>
    </w:p>
    <w:tbl>
      <w:tblPr>
        <w:tblW w:w="9746" w:type="dxa"/>
        <w:tblBorders>
          <w:top w:val="single" w:sz="4" w:space="0" w:color="9FB0B0"/>
          <w:left w:val="single" w:sz="4" w:space="0" w:color="9FB0B0"/>
          <w:bottom w:val="single" w:sz="4" w:space="0" w:color="9FB0B0"/>
          <w:right w:val="single" w:sz="4" w:space="0" w:color="9FB0B0"/>
          <w:insideH w:val="single" w:sz="4" w:space="0" w:color="9FB0B0"/>
          <w:insideV w:val="single" w:sz="4" w:space="0" w:color="9FB0B0"/>
        </w:tblBorders>
        <w:tblLayout w:type="fixed"/>
        <w:tblLook w:val="04A0" w:firstRow="1" w:lastRow="0" w:firstColumn="1" w:lastColumn="0" w:noHBand="0" w:noVBand="1"/>
      </w:tblPr>
      <w:tblGrid>
        <w:gridCol w:w="3673"/>
        <w:gridCol w:w="600"/>
        <w:gridCol w:w="600"/>
        <w:gridCol w:w="3673"/>
        <w:gridCol w:w="600"/>
        <w:gridCol w:w="600"/>
      </w:tblGrid>
      <w:tr w:rsidR="00856D65" w14:paraId="47C0A591" w14:textId="77777777">
        <w:trPr>
          <w:cantSplit/>
          <w:tblHeader/>
        </w:trPr>
        <w:tc>
          <w:tcPr>
            <w:tcW w:w="3673" w:type="dxa"/>
            <w:shd w:val="clear" w:color="auto" w:fill="0066CC"/>
            <w:tcMar>
              <w:top w:w="40" w:type="dxa"/>
              <w:left w:w="80" w:type="dxa"/>
              <w:bottom w:w="40" w:type="dxa"/>
              <w:right w:w="80" w:type="dxa"/>
            </w:tcMar>
            <w:vAlign w:val="center"/>
          </w:tcPr>
          <w:p w14:paraId="588982D2" w14:textId="77777777" w:rsidR="00856D65" w:rsidRDefault="00856D65">
            <w:pPr>
              <w:spacing w:after="0" w:line="240" w:lineRule="auto"/>
            </w:pPr>
          </w:p>
        </w:tc>
        <w:tc>
          <w:tcPr>
            <w:tcW w:w="600" w:type="dxa"/>
            <w:shd w:val="clear" w:color="auto" w:fill="0066CC"/>
            <w:tcMar>
              <w:top w:w="40" w:type="dxa"/>
              <w:left w:w="80" w:type="dxa"/>
              <w:bottom w:w="40" w:type="dxa"/>
              <w:right w:w="80" w:type="dxa"/>
            </w:tcMar>
            <w:vAlign w:val="center"/>
          </w:tcPr>
          <w:p w14:paraId="2E6C90ED" w14:textId="77777777" w:rsidR="00856D65" w:rsidRDefault="0086246D">
            <w:pPr>
              <w:spacing w:after="0" w:line="240" w:lineRule="auto"/>
              <w:jc w:val="center"/>
            </w:pPr>
            <w:r>
              <w:rPr>
                <w:b/>
                <w:color w:val="FFFFFF"/>
                <w:sz w:val="17"/>
              </w:rPr>
              <w:t>Yes</w:t>
            </w:r>
          </w:p>
        </w:tc>
        <w:tc>
          <w:tcPr>
            <w:tcW w:w="600" w:type="dxa"/>
            <w:shd w:val="clear" w:color="auto" w:fill="0066CC"/>
            <w:tcMar>
              <w:top w:w="40" w:type="dxa"/>
              <w:left w:w="80" w:type="dxa"/>
              <w:bottom w:w="40" w:type="dxa"/>
              <w:right w:w="80" w:type="dxa"/>
            </w:tcMar>
            <w:vAlign w:val="center"/>
          </w:tcPr>
          <w:p w14:paraId="16009763" w14:textId="77777777" w:rsidR="00856D65" w:rsidRDefault="0086246D">
            <w:pPr>
              <w:spacing w:after="0" w:line="240" w:lineRule="auto"/>
              <w:jc w:val="center"/>
            </w:pPr>
            <w:r>
              <w:rPr>
                <w:b/>
                <w:color w:val="FFFFFF"/>
                <w:sz w:val="17"/>
              </w:rPr>
              <w:t>No</w:t>
            </w:r>
          </w:p>
        </w:tc>
        <w:tc>
          <w:tcPr>
            <w:tcW w:w="3673" w:type="dxa"/>
            <w:shd w:val="clear" w:color="auto" w:fill="0066CC"/>
            <w:tcMar>
              <w:top w:w="40" w:type="dxa"/>
              <w:left w:w="80" w:type="dxa"/>
              <w:bottom w:w="40" w:type="dxa"/>
              <w:right w:w="80" w:type="dxa"/>
            </w:tcMar>
            <w:vAlign w:val="center"/>
          </w:tcPr>
          <w:p w14:paraId="2FBC68CA" w14:textId="77777777" w:rsidR="00856D65" w:rsidRDefault="00856D65">
            <w:pPr>
              <w:spacing w:after="0" w:line="240" w:lineRule="auto"/>
            </w:pPr>
          </w:p>
        </w:tc>
        <w:tc>
          <w:tcPr>
            <w:tcW w:w="600" w:type="dxa"/>
            <w:shd w:val="clear" w:color="auto" w:fill="0066CC"/>
            <w:tcMar>
              <w:top w:w="40" w:type="dxa"/>
              <w:left w:w="80" w:type="dxa"/>
              <w:bottom w:w="40" w:type="dxa"/>
              <w:right w:w="80" w:type="dxa"/>
            </w:tcMar>
            <w:vAlign w:val="center"/>
          </w:tcPr>
          <w:p w14:paraId="6A0CCD38" w14:textId="77777777" w:rsidR="00856D65" w:rsidRDefault="0086246D">
            <w:pPr>
              <w:spacing w:after="0" w:line="240" w:lineRule="auto"/>
              <w:jc w:val="center"/>
            </w:pPr>
            <w:r>
              <w:rPr>
                <w:b/>
                <w:color w:val="FFFFFF"/>
                <w:sz w:val="17"/>
              </w:rPr>
              <w:t>Yes</w:t>
            </w:r>
          </w:p>
        </w:tc>
        <w:tc>
          <w:tcPr>
            <w:tcW w:w="600" w:type="dxa"/>
            <w:shd w:val="clear" w:color="auto" w:fill="0066CC"/>
            <w:tcMar>
              <w:top w:w="40" w:type="dxa"/>
              <w:left w:w="80" w:type="dxa"/>
              <w:bottom w:w="40" w:type="dxa"/>
              <w:right w:w="80" w:type="dxa"/>
            </w:tcMar>
            <w:vAlign w:val="center"/>
          </w:tcPr>
          <w:p w14:paraId="0829D442" w14:textId="77777777" w:rsidR="00856D65" w:rsidRDefault="0086246D">
            <w:pPr>
              <w:spacing w:after="0" w:line="240" w:lineRule="auto"/>
              <w:jc w:val="center"/>
            </w:pPr>
            <w:r>
              <w:rPr>
                <w:b/>
                <w:color w:val="FFFFFF"/>
                <w:sz w:val="17"/>
              </w:rPr>
              <w:t>No</w:t>
            </w:r>
          </w:p>
        </w:tc>
      </w:tr>
      <w:tr w:rsidR="00856D65" w14:paraId="0FF9EA8B" w14:textId="77777777">
        <w:trPr>
          <w:cantSplit/>
        </w:trPr>
        <w:tc>
          <w:tcPr>
            <w:tcW w:w="3673" w:type="dxa"/>
            <w:shd w:val="clear" w:color="auto" w:fill="F4F7F6"/>
            <w:tcMar>
              <w:top w:w="40" w:type="dxa"/>
              <w:left w:w="80" w:type="dxa"/>
              <w:bottom w:w="40" w:type="dxa"/>
              <w:right w:w="80" w:type="dxa"/>
            </w:tcMar>
            <w:vAlign w:val="center"/>
          </w:tcPr>
          <w:p w14:paraId="449C915B" w14:textId="77777777" w:rsidR="00856D65" w:rsidRDefault="0086246D">
            <w:pPr>
              <w:spacing w:after="0" w:line="240" w:lineRule="auto"/>
            </w:pPr>
            <w:r>
              <w:rPr>
                <w:b/>
                <w:sz w:val="17"/>
              </w:rPr>
              <w:t>Sagging roofline, ridge or gutters</w:t>
            </w:r>
          </w:p>
        </w:tc>
        <w:tc>
          <w:tcPr>
            <w:tcW w:w="600" w:type="dxa"/>
            <w:shd w:val="clear" w:color="auto" w:fill="FFFFFF"/>
            <w:tcMar>
              <w:top w:w="40" w:type="dxa"/>
              <w:left w:w="80" w:type="dxa"/>
              <w:bottom w:w="40" w:type="dxa"/>
              <w:right w:w="80" w:type="dxa"/>
            </w:tcMar>
            <w:vAlign w:val="center"/>
          </w:tcPr>
          <w:p w14:paraId="45811631" w14:textId="77777777" w:rsidR="00856D65" w:rsidRDefault="0086246D">
            <w:pPr>
              <w:spacing w:after="0" w:line="240" w:lineRule="auto"/>
              <w:jc w:val="center"/>
            </w:pPr>
            <w:r>
              <w:rPr>
                <w:sz w:val="17"/>
              </w:rPr>
              <w:t>☐</w:t>
            </w:r>
          </w:p>
        </w:tc>
        <w:tc>
          <w:tcPr>
            <w:tcW w:w="600" w:type="dxa"/>
            <w:shd w:val="clear" w:color="auto" w:fill="FFFFFF"/>
            <w:tcMar>
              <w:top w:w="40" w:type="dxa"/>
              <w:left w:w="80" w:type="dxa"/>
              <w:bottom w:w="40" w:type="dxa"/>
              <w:right w:w="80" w:type="dxa"/>
            </w:tcMar>
            <w:vAlign w:val="center"/>
          </w:tcPr>
          <w:p w14:paraId="043D303E" w14:textId="77777777" w:rsidR="00856D65" w:rsidRDefault="0086246D">
            <w:pPr>
              <w:spacing w:after="0" w:line="240" w:lineRule="auto"/>
              <w:jc w:val="center"/>
            </w:pPr>
            <w:r>
              <w:rPr>
                <w:sz w:val="17"/>
              </w:rPr>
              <w:t>☐</w:t>
            </w:r>
          </w:p>
        </w:tc>
        <w:tc>
          <w:tcPr>
            <w:tcW w:w="3673" w:type="dxa"/>
            <w:shd w:val="clear" w:color="auto" w:fill="F4F7F6"/>
            <w:tcMar>
              <w:top w:w="40" w:type="dxa"/>
              <w:left w:w="80" w:type="dxa"/>
              <w:bottom w:w="40" w:type="dxa"/>
              <w:right w:w="80" w:type="dxa"/>
            </w:tcMar>
            <w:vAlign w:val="center"/>
          </w:tcPr>
          <w:p w14:paraId="3A707737" w14:textId="77777777" w:rsidR="00856D65" w:rsidRDefault="0086246D">
            <w:pPr>
              <w:spacing w:after="0" w:line="240" w:lineRule="auto"/>
            </w:pPr>
            <w:r>
              <w:rPr>
                <w:b/>
                <w:sz w:val="17"/>
              </w:rPr>
              <w:t>Damaged, rotten or termite-affected timbers</w:t>
            </w:r>
          </w:p>
        </w:tc>
        <w:tc>
          <w:tcPr>
            <w:tcW w:w="600" w:type="dxa"/>
            <w:shd w:val="clear" w:color="auto" w:fill="FFFFFF"/>
            <w:tcMar>
              <w:top w:w="40" w:type="dxa"/>
              <w:left w:w="80" w:type="dxa"/>
              <w:bottom w:w="40" w:type="dxa"/>
              <w:right w:w="80" w:type="dxa"/>
            </w:tcMar>
            <w:vAlign w:val="center"/>
          </w:tcPr>
          <w:p w14:paraId="079A57C5" w14:textId="77777777" w:rsidR="00856D65" w:rsidRDefault="0086246D">
            <w:pPr>
              <w:spacing w:after="0" w:line="240" w:lineRule="auto"/>
              <w:jc w:val="center"/>
            </w:pPr>
            <w:r>
              <w:rPr>
                <w:sz w:val="17"/>
              </w:rPr>
              <w:t>☐</w:t>
            </w:r>
          </w:p>
        </w:tc>
        <w:tc>
          <w:tcPr>
            <w:tcW w:w="600" w:type="dxa"/>
            <w:shd w:val="clear" w:color="auto" w:fill="FFFFFF"/>
            <w:tcMar>
              <w:top w:w="40" w:type="dxa"/>
              <w:left w:w="80" w:type="dxa"/>
              <w:bottom w:w="40" w:type="dxa"/>
              <w:right w:w="80" w:type="dxa"/>
            </w:tcMar>
            <w:vAlign w:val="center"/>
          </w:tcPr>
          <w:p w14:paraId="4725CB6D" w14:textId="77777777" w:rsidR="00856D65" w:rsidRDefault="0086246D">
            <w:pPr>
              <w:spacing w:after="0" w:line="240" w:lineRule="auto"/>
              <w:jc w:val="center"/>
            </w:pPr>
            <w:r>
              <w:rPr>
                <w:sz w:val="17"/>
              </w:rPr>
              <w:t>☐</w:t>
            </w:r>
          </w:p>
        </w:tc>
      </w:tr>
      <w:tr w:rsidR="00856D65" w14:paraId="70894C27" w14:textId="77777777">
        <w:trPr>
          <w:cantSplit/>
        </w:trPr>
        <w:tc>
          <w:tcPr>
            <w:tcW w:w="3673" w:type="dxa"/>
            <w:shd w:val="clear" w:color="auto" w:fill="F4F7F6"/>
            <w:tcMar>
              <w:top w:w="40" w:type="dxa"/>
              <w:left w:w="80" w:type="dxa"/>
              <w:bottom w:w="40" w:type="dxa"/>
              <w:right w:w="80" w:type="dxa"/>
            </w:tcMar>
            <w:vAlign w:val="center"/>
          </w:tcPr>
          <w:p w14:paraId="01A79717" w14:textId="77777777" w:rsidR="00856D65" w:rsidRDefault="0086246D">
            <w:pPr>
              <w:spacing w:after="0" w:line="240" w:lineRule="auto"/>
            </w:pPr>
            <w:r>
              <w:rPr>
                <w:b/>
                <w:sz w:val="17"/>
              </w:rPr>
              <w:t>Rust, holes or loose fixings in sheeting</w:t>
            </w:r>
          </w:p>
        </w:tc>
        <w:tc>
          <w:tcPr>
            <w:tcW w:w="600" w:type="dxa"/>
            <w:shd w:val="clear" w:color="auto" w:fill="FFFFFF"/>
            <w:tcMar>
              <w:top w:w="40" w:type="dxa"/>
              <w:left w:w="80" w:type="dxa"/>
              <w:bottom w:w="40" w:type="dxa"/>
              <w:right w:w="80" w:type="dxa"/>
            </w:tcMar>
            <w:vAlign w:val="center"/>
          </w:tcPr>
          <w:p w14:paraId="155BF080" w14:textId="77777777" w:rsidR="00856D65" w:rsidRDefault="0086246D">
            <w:pPr>
              <w:spacing w:after="0" w:line="240" w:lineRule="auto"/>
              <w:jc w:val="center"/>
            </w:pPr>
            <w:r>
              <w:rPr>
                <w:sz w:val="17"/>
              </w:rPr>
              <w:t>☐</w:t>
            </w:r>
          </w:p>
        </w:tc>
        <w:tc>
          <w:tcPr>
            <w:tcW w:w="600" w:type="dxa"/>
            <w:shd w:val="clear" w:color="auto" w:fill="FFFFFF"/>
            <w:tcMar>
              <w:top w:w="40" w:type="dxa"/>
              <w:left w:w="80" w:type="dxa"/>
              <w:bottom w:w="40" w:type="dxa"/>
              <w:right w:w="80" w:type="dxa"/>
            </w:tcMar>
            <w:vAlign w:val="center"/>
          </w:tcPr>
          <w:p w14:paraId="03261940" w14:textId="77777777" w:rsidR="00856D65" w:rsidRDefault="0086246D">
            <w:pPr>
              <w:spacing w:after="0" w:line="240" w:lineRule="auto"/>
              <w:jc w:val="center"/>
            </w:pPr>
            <w:r>
              <w:rPr>
                <w:sz w:val="17"/>
              </w:rPr>
              <w:t>☐</w:t>
            </w:r>
          </w:p>
        </w:tc>
        <w:tc>
          <w:tcPr>
            <w:tcW w:w="3673" w:type="dxa"/>
            <w:shd w:val="clear" w:color="auto" w:fill="F4F7F6"/>
            <w:tcMar>
              <w:top w:w="40" w:type="dxa"/>
              <w:left w:w="80" w:type="dxa"/>
              <w:bottom w:w="40" w:type="dxa"/>
              <w:right w:w="80" w:type="dxa"/>
            </w:tcMar>
            <w:vAlign w:val="center"/>
          </w:tcPr>
          <w:p w14:paraId="67A35472" w14:textId="77777777" w:rsidR="00856D65" w:rsidRDefault="0086246D">
            <w:pPr>
              <w:spacing w:after="0" w:line="240" w:lineRule="auto"/>
            </w:pPr>
            <w:r>
              <w:rPr>
                <w:b/>
                <w:sz w:val="17"/>
              </w:rPr>
              <w:t>Roof due for repaint or replacement within 5–10 years</w:t>
            </w:r>
          </w:p>
        </w:tc>
        <w:tc>
          <w:tcPr>
            <w:tcW w:w="600" w:type="dxa"/>
            <w:shd w:val="clear" w:color="auto" w:fill="FFFFFF"/>
            <w:tcMar>
              <w:top w:w="40" w:type="dxa"/>
              <w:left w:w="80" w:type="dxa"/>
              <w:bottom w:w="40" w:type="dxa"/>
              <w:right w:w="80" w:type="dxa"/>
            </w:tcMar>
            <w:vAlign w:val="center"/>
          </w:tcPr>
          <w:p w14:paraId="7FEB97B4" w14:textId="77777777" w:rsidR="00856D65" w:rsidRDefault="0086246D">
            <w:pPr>
              <w:spacing w:after="0" w:line="240" w:lineRule="auto"/>
              <w:jc w:val="center"/>
            </w:pPr>
            <w:r>
              <w:rPr>
                <w:sz w:val="17"/>
              </w:rPr>
              <w:t>☐</w:t>
            </w:r>
          </w:p>
        </w:tc>
        <w:tc>
          <w:tcPr>
            <w:tcW w:w="600" w:type="dxa"/>
            <w:shd w:val="clear" w:color="auto" w:fill="FFFFFF"/>
            <w:tcMar>
              <w:top w:w="40" w:type="dxa"/>
              <w:left w:w="80" w:type="dxa"/>
              <w:bottom w:w="40" w:type="dxa"/>
              <w:right w:w="80" w:type="dxa"/>
            </w:tcMar>
            <w:vAlign w:val="center"/>
          </w:tcPr>
          <w:p w14:paraId="0C27DE56" w14:textId="77777777" w:rsidR="00856D65" w:rsidRDefault="0086246D">
            <w:pPr>
              <w:spacing w:after="0" w:line="240" w:lineRule="auto"/>
              <w:jc w:val="center"/>
            </w:pPr>
            <w:r>
              <w:rPr>
                <w:sz w:val="17"/>
              </w:rPr>
              <w:t>☐</w:t>
            </w:r>
          </w:p>
        </w:tc>
      </w:tr>
      <w:tr w:rsidR="00856D65" w14:paraId="298C16A9" w14:textId="77777777">
        <w:trPr>
          <w:cantSplit/>
        </w:trPr>
        <w:tc>
          <w:tcPr>
            <w:tcW w:w="3673" w:type="dxa"/>
            <w:shd w:val="clear" w:color="auto" w:fill="F4F7F6"/>
            <w:tcMar>
              <w:top w:w="40" w:type="dxa"/>
              <w:left w:w="80" w:type="dxa"/>
              <w:bottom w:w="40" w:type="dxa"/>
              <w:right w:w="80" w:type="dxa"/>
            </w:tcMar>
            <w:vAlign w:val="center"/>
          </w:tcPr>
          <w:p w14:paraId="5E3B55DF" w14:textId="77777777" w:rsidR="00856D65" w:rsidRDefault="0086246D">
            <w:pPr>
              <w:spacing w:after="0" w:line="240" w:lineRule="auto"/>
            </w:pPr>
            <w:r>
              <w:rPr>
                <w:b/>
                <w:sz w:val="17"/>
              </w:rPr>
              <w:t>Cracked, broken or brittle tiles</w:t>
            </w:r>
          </w:p>
        </w:tc>
        <w:tc>
          <w:tcPr>
            <w:tcW w:w="600" w:type="dxa"/>
            <w:shd w:val="clear" w:color="auto" w:fill="FFFFFF"/>
            <w:tcMar>
              <w:top w:w="40" w:type="dxa"/>
              <w:left w:w="80" w:type="dxa"/>
              <w:bottom w:w="40" w:type="dxa"/>
              <w:right w:w="80" w:type="dxa"/>
            </w:tcMar>
            <w:vAlign w:val="center"/>
          </w:tcPr>
          <w:p w14:paraId="255A46D2" w14:textId="77777777" w:rsidR="00856D65" w:rsidRDefault="0086246D">
            <w:pPr>
              <w:spacing w:after="0" w:line="240" w:lineRule="auto"/>
              <w:jc w:val="center"/>
            </w:pPr>
            <w:r>
              <w:rPr>
                <w:sz w:val="17"/>
              </w:rPr>
              <w:t>☐</w:t>
            </w:r>
          </w:p>
        </w:tc>
        <w:tc>
          <w:tcPr>
            <w:tcW w:w="600" w:type="dxa"/>
            <w:shd w:val="clear" w:color="auto" w:fill="FFFFFF"/>
            <w:tcMar>
              <w:top w:w="40" w:type="dxa"/>
              <w:left w:w="80" w:type="dxa"/>
              <w:bottom w:w="40" w:type="dxa"/>
              <w:right w:w="80" w:type="dxa"/>
            </w:tcMar>
            <w:vAlign w:val="center"/>
          </w:tcPr>
          <w:p w14:paraId="135BB4F8" w14:textId="77777777" w:rsidR="00856D65" w:rsidRDefault="0086246D">
            <w:pPr>
              <w:spacing w:after="0" w:line="240" w:lineRule="auto"/>
              <w:jc w:val="center"/>
            </w:pPr>
            <w:r>
              <w:rPr>
                <w:sz w:val="17"/>
              </w:rPr>
              <w:t>☐</w:t>
            </w:r>
          </w:p>
        </w:tc>
        <w:tc>
          <w:tcPr>
            <w:tcW w:w="3673" w:type="dxa"/>
            <w:shd w:val="clear" w:color="auto" w:fill="F4F7F6"/>
            <w:tcMar>
              <w:top w:w="40" w:type="dxa"/>
              <w:left w:w="80" w:type="dxa"/>
              <w:bottom w:w="40" w:type="dxa"/>
              <w:right w:w="80" w:type="dxa"/>
            </w:tcMar>
            <w:vAlign w:val="center"/>
          </w:tcPr>
          <w:p w14:paraId="403A36EE" w14:textId="77777777" w:rsidR="00856D65" w:rsidRDefault="0086246D">
            <w:pPr>
              <w:spacing w:after="0" w:line="240" w:lineRule="auto"/>
            </w:pPr>
            <w:r>
              <w:rPr>
                <w:b/>
                <w:sz w:val="17"/>
              </w:rPr>
              <w:t>Tall, exposed building, or high-wind area</w:t>
            </w:r>
          </w:p>
        </w:tc>
        <w:tc>
          <w:tcPr>
            <w:tcW w:w="600" w:type="dxa"/>
            <w:shd w:val="clear" w:color="auto" w:fill="FFFFFF"/>
            <w:tcMar>
              <w:top w:w="40" w:type="dxa"/>
              <w:left w:w="80" w:type="dxa"/>
              <w:bottom w:w="40" w:type="dxa"/>
              <w:right w:w="80" w:type="dxa"/>
            </w:tcMar>
            <w:vAlign w:val="center"/>
          </w:tcPr>
          <w:p w14:paraId="145A2214" w14:textId="77777777" w:rsidR="00856D65" w:rsidRDefault="0086246D">
            <w:pPr>
              <w:spacing w:after="0" w:line="240" w:lineRule="auto"/>
              <w:jc w:val="center"/>
            </w:pPr>
            <w:r>
              <w:rPr>
                <w:sz w:val="17"/>
              </w:rPr>
              <w:t>☐</w:t>
            </w:r>
          </w:p>
        </w:tc>
        <w:tc>
          <w:tcPr>
            <w:tcW w:w="600" w:type="dxa"/>
            <w:shd w:val="clear" w:color="auto" w:fill="FFFFFF"/>
            <w:tcMar>
              <w:top w:w="40" w:type="dxa"/>
              <w:left w:w="80" w:type="dxa"/>
              <w:bottom w:w="40" w:type="dxa"/>
              <w:right w:w="80" w:type="dxa"/>
            </w:tcMar>
            <w:vAlign w:val="center"/>
          </w:tcPr>
          <w:p w14:paraId="60DA1608" w14:textId="77777777" w:rsidR="00856D65" w:rsidRDefault="0086246D">
            <w:pPr>
              <w:spacing w:after="0" w:line="240" w:lineRule="auto"/>
              <w:jc w:val="center"/>
            </w:pPr>
            <w:r>
              <w:rPr>
                <w:sz w:val="17"/>
              </w:rPr>
              <w:t>☐</w:t>
            </w:r>
          </w:p>
        </w:tc>
      </w:tr>
      <w:tr w:rsidR="00856D65" w14:paraId="0EFA66DA" w14:textId="77777777">
        <w:trPr>
          <w:cantSplit/>
        </w:trPr>
        <w:tc>
          <w:tcPr>
            <w:tcW w:w="3673" w:type="dxa"/>
            <w:shd w:val="clear" w:color="auto" w:fill="F4F7F6"/>
            <w:tcMar>
              <w:top w:w="40" w:type="dxa"/>
              <w:left w:w="80" w:type="dxa"/>
              <w:bottom w:w="40" w:type="dxa"/>
              <w:right w:w="80" w:type="dxa"/>
            </w:tcMar>
            <w:vAlign w:val="center"/>
          </w:tcPr>
          <w:p w14:paraId="7E4E1E7E" w14:textId="77777777" w:rsidR="00856D65" w:rsidRDefault="0086246D">
            <w:pPr>
              <w:spacing w:after="0" w:line="240" w:lineRule="auto"/>
            </w:pPr>
            <w:r>
              <w:rPr>
                <w:b/>
                <w:sz w:val="17"/>
              </w:rPr>
              <w:t>Water stains on ceilings, or leaks</w:t>
            </w:r>
          </w:p>
        </w:tc>
        <w:tc>
          <w:tcPr>
            <w:tcW w:w="600" w:type="dxa"/>
            <w:shd w:val="clear" w:color="auto" w:fill="FFFFFF"/>
            <w:tcMar>
              <w:top w:w="40" w:type="dxa"/>
              <w:left w:w="80" w:type="dxa"/>
              <w:bottom w:w="40" w:type="dxa"/>
              <w:right w:w="80" w:type="dxa"/>
            </w:tcMar>
            <w:vAlign w:val="center"/>
          </w:tcPr>
          <w:p w14:paraId="15F4C475" w14:textId="77777777" w:rsidR="00856D65" w:rsidRDefault="0086246D">
            <w:pPr>
              <w:spacing w:after="0" w:line="240" w:lineRule="auto"/>
              <w:jc w:val="center"/>
            </w:pPr>
            <w:r>
              <w:rPr>
                <w:sz w:val="17"/>
              </w:rPr>
              <w:t>☐</w:t>
            </w:r>
          </w:p>
        </w:tc>
        <w:tc>
          <w:tcPr>
            <w:tcW w:w="600" w:type="dxa"/>
            <w:shd w:val="clear" w:color="auto" w:fill="FFFFFF"/>
            <w:tcMar>
              <w:top w:w="40" w:type="dxa"/>
              <w:left w:w="80" w:type="dxa"/>
              <w:bottom w:w="40" w:type="dxa"/>
              <w:right w:w="80" w:type="dxa"/>
            </w:tcMar>
            <w:vAlign w:val="center"/>
          </w:tcPr>
          <w:p w14:paraId="6A217991" w14:textId="77777777" w:rsidR="00856D65" w:rsidRDefault="0086246D">
            <w:pPr>
              <w:spacing w:after="0" w:line="240" w:lineRule="auto"/>
              <w:jc w:val="center"/>
            </w:pPr>
            <w:r>
              <w:rPr>
                <w:sz w:val="17"/>
              </w:rPr>
              <w:t>☐</w:t>
            </w:r>
          </w:p>
        </w:tc>
        <w:tc>
          <w:tcPr>
            <w:tcW w:w="3673" w:type="dxa"/>
            <w:shd w:val="clear" w:color="auto" w:fill="F4F7F6"/>
            <w:tcMar>
              <w:top w:w="40" w:type="dxa"/>
              <w:left w:w="80" w:type="dxa"/>
              <w:bottom w:w="40" w:type="dxa"/>
              <w:right w:w="80" w:type="dxa"/>
            </w:tcMar>
            <w:vAlign w:val="center"/>
          </w:tcPr>
          <w:p w14:paraId="2141B14E" w14:textId="77777777" w:rsidR="00856D65" w:rsidRDefault="0086246D">
            <w:pPr>
              <w:spacing w:after="0" w:line="240" w:lineRule="auto"/>
            </w:pPr>
            <w:r>
              <w:rPr>
                <w:b/>
                <w:sz w:val="17"/>
              </w:rPr>
              <w:t>Tilting frames or ballast planned on a flat roof</w:t>
            </w:r>
          </w:p>
        </w:tc>
        <w:tc>
          <w:tcPr>
            <w:tcW w:w="600" w:type="dxa"/>
            <w:shd w:val="clear" w:color="auto" w:fill="FFFFFF"/>
            <w:tcMar>
              <w:top w:w="40" w:type="dxa"/>
              <w:left w:w="80" w:type="dxa"/>
              <w:bottom w:w="40" w:type="dxa"/>
              <w:right w:w="80" w:type="dxa"/>
            </w:tcMar>
            <w:vAlign w:val="center"/>
          </w:tcPr>
          <w:p w14:paraId="703BB9F3" w14:textId="77777777" w:rsidR="00856D65" w:rsidRDefault="0086246D">
            <w:pPr>
              <w:spacing w:after="0" w:line="240" w:lineRule="auto"/>
              <w:jc w:val="center"/>
            </w:pPr>
            <w:r>
              <w:rPr>
                <w:sz w:val="17"/>
              </w:rPr>
              <w:t>☐</w:t>
            </w:r>
          </w:p>
        </w:tc>
        <w:tc>
          <w:tcPr>
            <w:tcW w:w="600" w:type="dxa"/>
            <w:shd w:val="clear" w:color="auto" w:fill="FFFFFF"/>
            <w:tcMar>
              <w:top w:w="40" w:type="dxa"/>
              <w:left w:w="80" w:type="dxa"/>
              <w:bottom w:w="40" w:type="dxa"/>
              <w:right w:w="80" w:type="dxa"/>
            </w:tcMar>
            <w:vAlign w:val="center"/>
          </w:tcPr>
          <w:p w14:paraId="3E599D75" w14:textId="77777777" w:rsidR="00856D65" w:rsidRDefault="0086246D">
            <w:pPr>
              <w:spacing w:after="0" w:line="240" w:lineRule="auto"/>
              <w:jc w:val="center"/>
            </w:pPr>
            <w:r>
              <w:rPr>
                <w:sz w:val="17"/>
              </w:rPr>
              <w:t>☐</w:t>
            </w:r>
          </w:p>
        </w:tc>
      </w:tr>
    </w:tbl>
    <w:p w14:paraId="37486867" w14:textId="77777777" w:rsidR="00856D65" w:rsidRDefault="0086246D">
      <w:pPr>
        <w:keepNext/>
        <w:spacing w:before="100" w:after="50"/>
      </w:pPr>
      <w:r>
        <w:rPr>
          <w:b/>
          <w:color w:val="52796F"/>
          <w:sz w:val="21"/>
        </w:rPr>
        <w:t>4. Summary</w:t>
      </w:r>
    </w:p>
    <w:tbl>
      <w:tblPr>
        <w:tblW w:w="9746" w:type="dxa"/>
        <w:tblBorders>
          <w:top w:val="single" w:sz="4" w:space="0" w:color="9FB0B0"/>
          <w:left w:val="single" w:sz="4" w:space="0" w:color="9FB0B0"/>
          <w:bottom w:val="single" w:sz="4" w:space="0" w:color="9FB0B0"/>
          <w:right w:val="single" w:sz="4" w:space="0" w:color="9FB0B0"/>
          <w:insideH w:val="single" w:sz="4" w:space="0" w:color="9FB0B0"/>
          <w:insideV w:val="single" w:sz="4" w:space="0" w:color="9FB0B0"/>
        </w:tblBorders>
        <w:tblLayout w:type="fixed"/>
        <w:tblLook w:val="04A0" w:firstRow="1" w:lastRow="0" w:firstColumn="1" w:lastColumn="0" w:noHBand="0" w:noVBand="1"/>
      </w:tblPr>
      <w:tblGrid>
        <w:gridCol w:w="3000"/>
        <w:gridCol w:w="1873"/>
        <w:gridCol w:w="3000"/>
        <w:gridCol w:w="1873"/>
      </w:tblGrid>
      <w:tr w:rsidR="00856D65" w14:paraId="2559FA93" w14:textId="77777777">
        <w:trPr>
          <w:cantSplit/>
          <w:trHeight w:val="300"/>
        </w:trPr>
        <w:tc>
          <w:tcPr>
            <w:tcW w:w="3000" w:type="dxa"/>
            <w:shd w:val="clear" w:color="auto" w:fill="F4F7F6"/>
            <w:tcMar>
              <w:top w:w="40" w:type="dxa"/>
              <w:left w:w="80" w:type="dxa"/>
              <w:bottom w:w="40" w:type="dxa"/>
              <w:right w:w="80" w:type="dxa"/>
            </w:tcMar>
            <w:vAlign w:val="center"/>
          </w:tcPr>
          <w:p w14:paraId="6FD9FB86" w14:textId="77777777" w:rsidR="00856D65" w:rsidRDefault="0086246D">
            <w:pPr>
              <w:spacing w:after="0" w:line="240" w:lineRule="auto"/>
            </w:pPr>
            <w:r>
              <w:rPr>
                <w:b/>
                <w:sz w:val="17"/>
              </w:rPr>
              <w:t>Total usable area</w:t>
            </w:r>
          </w:p>
        </w:tc>
        <w:tc>
          <w:tcPr>
            <w:tcW w:w="1873" w:type="dxa"/>
            <w:shd w:val="clear" w:color="auto" w:fill="FFFFFF"/>
            <w:tcMar>
              <w:top w:w="40" w:type="dxa"/>
              <w:left w:w="80" w:type="dxa"/>
              <w:bottom w:w="40" w:type="dxa"/>
              <w:right w:w="80" w:type="dxa"/>
            </w:tcMar>
            <w:vAlign w:val="center"/>
          </w:tcPr>
          <w:p w14:paraId="18934828" w14:textId="77777777" w:rsidR="00856D65" w:rsidRDefault="0086246D">
            <w:pPr>
              <w:spacing w:after="0" w:line="240" w:lineRule="auto"/>
            </w:pPr>
            <w:r>
              <w:rPr>
                <w:sz w:val="17"/>
              </w:rPr>
              <w:t>_____ m²</w:t>
            </w:r>
          </w:p>
        </w:tc>
        <w:tc>
          <w:tcPr>
            <w:tcW w:w="3000" w:type="dxa"/>
            <w:shd w:val="clear" w:color="auto" w:fill="F4F7F6"/>
            <w:tcMar>
              <w:top w:w="40" w:type="dxa"/>
              <w:left w:w="80" w:type="dxa"/>
              <w:bottom w:w="40" w:type="dxa"/>
              <w:right w:w="80" w:type="dxa"/>
            </w:tcMar>
            <w:vAlign w:val="center"/>
          </w:tcPr>
          <w:p w14:paraId="6543DF66" w14:textId="77777777" w:rsidR="00856D65" w:rsidRDefault="0086246D">
            <w:pPr>
              <w:spacing w:after="0" w:line="240" w:lineRule="auto"/>
            </w:pPr>
            <w:r>
              <w:rPr>
                <w:b/>
                <w:sz w:val="17"/>
              </w:rPr>
              <w:t>Panels needed (PV Calculator)</w:t>
            </w:r>
          </w:p>
        </w:tc>
        <w:tc>
          <w:tcPr>
            <w:tcW w:w="1873" w:type="dxa"/>
            <w:shd w:val="clear" w:color="auto" w:fill="FFFFFF"/>
            <w:tcMar>
              <w:top w:w="40" w:type="dxa"/>
              <w:left w:w="80" w:type="dxa"/>
              <w:bottom w:w="40" w:type="dxa"/>
              <w:right w:w="80" w:type="dxa"/>
            </w:tcMar>
            <w:vAlign w:val="center"/>
          </w:tcPr>
          <w:p w14:paraId="77DE4715" w14:textId="77777777" w:rsidR="00856D65" w:rsidRDefault="0086246D">
            <w:pPr>
              <w:spacing w:after="0" w:line="240" w:lineRule="auto"/>
            </w:pPr>
            <w:r>
              <w:rPr>
                <w:sz w:val="17"/>
              </w:rPr>
              <w:t>_____ panels</w:t>
            </w:r>
          </w:p>
        </w:tc>
      </w:tr>
      <w:tr w:rsidR="00856D65" w14:paraId="0ED1278E" w14:textId="77777777">
        <w:trPr>
          <w:cantSplit/>
          <w:trHeight w:val="300"/>
        </w:trPr>
        <w:tc>
          <w:tcPr>
            <w:tcW w:w="3000" w:type="dxa"/>
            <w:shd w:val="clear" w:color="auto" w:fill="F4F7F6"/>
            <w:tcMar>
              <w:top w:w="40" w:type="dxa"/>
              <w:left w:w="80" w:type="dxa"/>
              <w:bottom w:w="40" w:type="dxa"/>
              <w:right w:w="80" w:type="dxa"/>
            </w:tcMar>
            <w:vAlign w:val="center"/>
          </w:tcPr>
          <w:p w14:paraId="07EE9C51" w14:textId="77777777" w:rsidR="00856D65" w:rsidRDefault="0086246D">
            <w:pPr>
              <w:spacing w:after="0" w:line="240" w:lineRule="auto"/>
            </w:pPr>
            <w:r>
              <w:rPr>
                <w:b/>
                <w:sz w:val="17"/>
              </w:rPr>
              <w:t>Panels that fit (area ÷ 2.7 m²)</w:t>
            </w:r>
          </w:p>
        </w:tc>
        <w:tc>
          <w:tcPr>
            <w:tcW w:w="1873" w:type="dxa"/>
            <w:shd w:val="clear" w:color="auto" w:fill="FFFFFF"/>
            <w:tcMar>
              <w:top w:w="40" w:type="dxa"/>
              <w:left w:w="80" w:type="dxa"/>
              <w:bottom w:w="40" w:type="dxa"/>
              <w:right w:w="80" w:type="dxa"/>
            </w:tcMar>
            <w:vAlign w:val="center"/>
          </w:tcPr>
          <w:p w14:paraId="67EF8AC4" w14:textId="77777777" w:rsidR="00856D65" w:rsidRDefault="0086246D">
            <w:pPr>
              <w:spacing w:after="0" w:line="240" w:lineRule="auto"/>
            </w:pPr>
            <w:r>
              <w:rPr>
                <w:sz w:val="17"/>
              </w:rPr>
              <w:t>_____ panels</w:t>
            </w:r>
          </w:p>
        </w:tc>
        <w:tc>
          <w:tcPr>
            <w:tcW w:w="3000" w:type="dxa"/>
            <w:shd w:val="clear" w:color="auto" w:fill="F4F7F6"/>
            <w:tcMar>
              <w:top w:w="40" w:type="dxa"/>
              <w:left w:w="80" w:type="dxa"/>
              <w:bottom w:w="40" w:type="dxa"/>
              <w:right w:w="80" w:type="dxa"/>
            </w:tcMar>
            <w:vAlign w:val="center"/>
          </w:tcPr>
          <w:p w14:paraId="6BAB7C02" w14:textId="77777777" w:rsidR="00856D65" w:rsidRDefault="0086246D">
            <w:pPr>
              <w:spacing w:after="0" w:line="240" w:lineRule="auto"/>
            </w:pPr>
            <w:r>
              <w:rPr>
                <w:b/>
                <w:sz w:val="17"/>
              </w:rPr>
              <w:t>Room to spare, or shortfall</w:t>
            </w:r>
          </w:p>
        </w:tc>
        <w:tc>
          <w:tcPr>
            <w:tcW w:w="1873" w:type="dxa"/>
            <w:shd w:val="clear" w:color="auto" w:fill="FFFFFF"/>
            <w:tcMar>
              <w:top w:w="40" w:type="dxa"/>
              <w:left w:w="80" w:type="dxa"/>
              <w:bottom w:w="40" w:type="dxa"/>
              <w:right w:w="80" w:type="dxa"/>
            </w:tcMar>
            <w:vAlign w:val="center"/>
          </w:tcPr>
          <w:p w14:paraId="2CC14DC4" w14:textId="77777777" w:rsidR="00856D65" w:rsidRDefault="0086246D">
            <w:pPr>
              <w:spacing w:after="0" w:line="240" w:lineRule="auto"/>
            </w:pPr>
            <w:r>
              <w:rPr>
                <w:sz w:val="17"/>
              </w:rPr>
              <w:t>_____ panels</w:t>
            </w:r>
          </w:p>
        </w:tc>
      </w:tr>
      <w:tr w:rsidR="00856D65" w14:paraId="6C54C649" w14:textId="77777777">
        <w:trPr>
          <w:cantSplit/>
          <w:trHeight w:val="300"/>
        </w:trPr>
        <w:tc>
          <w:tcPr>
            <w:tcW w:w="3000" w:type="dxa"/>
            <w:shd w:val="clear" w:color="auto" w:fill="F4F7F6"/>
            <w:tcMar>
              <w:top w:w="40" w:type="dxa"/>
              <w:left w:w="80" w:type="dxa"/>
              <w:bottom w:w="40" w:type="dxa"/>
              <w:right w:w="80" w:type="dxa"/>
            </w:tcMar>
            <w:vAlign w:val="center"/>
          </w:tcPr>
          <w:p w14:paraId="08E733C7" w14:textId="77777777" w:rsidR="00856D65" w:rsidRDefault="0086246D">
            <w:pPr>
              <w:spacing w:after="0" w:line="240" w:lineRule="auto"/>
            </w:pPr>
            <w:r>
              <w:rPr>
                <w:b/>
                <w:sz w:val="17"/>
              </w:rPr>
              <w:t>Array size that fits (panels × 0.6 kW)</w:t>
            </w:r>
          </w:p>
        </w:tc>
        <w:tc>
          <w:tcPr>
            <w:tcW w:w="1873" w:type="dxa"/>
            <w:shd w:val="clear" w:color="auto" w:fill="FFFFFF"/>
            <w:tcMar>
              <w:top w:w="40" w:type="dxa"/>
              <w:left w:w="80" w:type="dxa"/>
              <w:bottom w:w="40" w:type="dxa"/>
              <w:right w:w="80" w:type="dxa"/>
            </w:tcMar>
            <w:vAlign w:val="center"/>
          </w:tcPr>
          <w:p w14:paraId="28BA0DD2" w14:textId="77777777" w:rsidR="00856D65" w:rsidRDefault="0086246D">
            <w:pPr>
              <w:spacing w:after="0" w:line="240" w:lineRule="auto"/>
            </w:pPr>
            <w:r>
              <w:rPr>
                <w:sz w:val="17"/>
              </w:rPr>
              <w:t>_____ kW</w:t>
            </w:r>
          </w:p>
        </w:tc>
        <w:tc>
          <w:tcPr>
            <w:tcW w:w="3000" w:type="dxa"/>
            <w:shd w:val="clear" w:color="auto" w:fill="F4F7F6"/>
            <w:tcMar>
              <w:top w:w="40" w:type="dxa"/>
              <w:left w:w="80" w:type="dxa"/>
              <w:bottom w:w="40" w:type="dxa"/>
              <w:right w:w="80" w:type="dxa"/>
            </w:tcMar>
            <w:vAlign w:val="center"/>
          </w:tcPr>
          <w:p w14:paraId="04B0F16E" w14:textId="77777777" w:rsidR="00856D65" w:rsidRDefault="0086246D">
            <w:pPr>
              <w:spacing w:after="0" w:line="240" w:lineRule="auto"/>
            </w:pPr>
            <w:r>
              <w:rPr>
                <w:b/>
                <w:sz w:val="17"/>
              </w:rPr>
              <w:t>Room for 20–30% extra panels?</w:t>
            </w:r>
          </w:p>
        </w:tc>
        <w:tc>
          <w:tcPr>
            <w:tcW w:w="1873" w:type="dxa"/>
            <w:shd w:val="clear" w:color="auto" w:fill="FFFFFF"/>
            <w:tcMar>
              <w:top w:w="40" w:type="dxa"/>
              <w:left w:w="80" w:type="dxa"/>
              <w:bottom w:w="40" w:type="dxa"/>
              <w:right w:w="80" w:type="dxa"/>
            </w:tcMar>
            <w:vAlign w:val="center"/>
          </w:tcPr>
          <w:p w14:paraId="132ACF06" w14:textId="77777777" w:rsidR="00856D65" w:rsidRDefault="0086246D">
            <w:pPr>
              <w:spacing w:after="0" w:line="240" w:lineRule="auto"/>
            </w:pPr>
            <w:r>
              <w:rPr>
                <w:sz w:val="17"/>
              </w:rPr>
              <w:t>☐</w:t>
            </w:r>
            <w:r>
              <w:rPr>
                <w:sz w:val="17"/>
              </w:rPr>
              <w:t xml:space="preserve"> Yes    ☐ No</w:t>
            </w:r>
          </w:p>
        </w:tc>
      </w:tr>
    </w:tbl>
    <w:p w14:paraId="0B47C5B3" w14:textId="77777777" w:rsidR="00856D65" w:rsidRDefault="0086246D">
      <w:pPr>
        <w:spacing w:after="0" w:line="240" w:lineRule="auto"/>
      </w:pPr>
      <w:r>
        <w:rPr>
          <w:i/>
          <w:color w:val="6B7A80"/>
          <w:sz w:val="15"/>
        </w:rPr>
        <w:t>Panel areas assume a modern 600 W panel of about 2.38 × 1.13 m. Leave a gap from roof edges as your installer and local rules require.</w:t>
      </w:r>
    </w:p>
    <w:p w14:paraId="29DCB985" w14:textId="582EDB81" w:rsidR="00856D65" w:rsidRDefault="0086246D" w:rsidP="00C231A2">
      <w:r>
        <w:br w:type="page"/>
      </w:r>
      <w:r w:rsidR="00C231A2">
        <w:rPr>
          <w:b/>
          <w:color w:val="0066CC"/>
          <w:sz w:val="34"/>
        </w:rPr>
        <w:lastRenderedPageBreak/>
        <w:t>SH</w:t>
      </w:r>
      <w:r>
        <w:rPr>
          <w:b/>
          <w:color w:val="0066CC"/>
          <w:sz w:val="34"/>
        </w:rPr>
        <w:t>ADING LOG</w:t>
      </w:r>
    </w:p>
    <w:p w14:paraId="13C5E362" w14:textId="77777777" w:rsidR="00856D65" w:rsidRDefault="0086246D">
      <w:pPr>
        <w:pBdr>
          <w:bottom w:val="single" w:sz="12" w:space="4" w:color="0066CC"/>
        </w:pBdr>
        <w:spacing w:after="80"/>
      </w:pPr>
      <w:r>
        <w:rPr>
          <w:color w:val="52796F"/>
          <w:sz w:val="19"/>
        </w:rPr>
        <w:t>Roof Assessment Checklist, page 2</w:t>
      </w:r>
    </w:p>
    <w:p w14:paraId="29B0E5B1" w14:textId="77777777" w:rsidR="00856D65" w:rsidRDefault="0086246D">
      <w:pPr>
        <w:spacing w:after="120" w:line="240" w:lineRule="auto"/>
      </w:pPr>
      <w:r>
        <w:rPr>
          <w:sz w:val="18"/>
        </w:rPr>
        <w:t xml:space="preserve">At each time, look at each roof face and mark: </w:t>
      </w:r>
      <w:r>
        <w:rPr>
          <w:b/>
          <w:sz w:val="18"/>
        </w:rPr>
        <w:t>0</w:t>
      </w:r>
      <w:r>
        <w:rPr>
          <w:sz w:val="18"/>
        </w:rPr>
        <w:t xml:space="preserve"> = in full sun,  </w:t>
      </w:r>
      <w:r>
        <w:rPr>
          <w:b/>
          <w:sz w:val="18"/>
        </w:rPr>
        <w:t>½</w:t>
      </w:r>
      <w:r>
        <w:rPr>
          <w:sz w:val="18"/>
        </w:rPr>
        <w:t xml:space="preserve"> = partly shaded,  </w:t>
      </w:r>
      <w:r>
        <w:rPr>
          <w:b/>
          <w:sz w:val="18"/>
        </w:rPr>
        <w:t>1</w:t>
      </w:r>
      <w:r>
        <w:rPr>
          <w:sz w:val="18"/>
        </w:rPr>
        <w:t xml:space="preserve"> = fully shaded. Shadows are much longer in winter, so fill in both columns if you can. If you can't wait for winter, remember the winter sun sits lower and further towards the equator.</w:t>
      </w:r>
    </w:p>
    <w:tbl>
      <w:tblPr>
        <w:tblW w:w="9746" w:type="dxa"/>
        <w:tblBorders>
          <w:top w:val="single" w:sz="4" w:space="0" w:color="9FB0B0"/>
          <w:left w:val="single" w:sz="4" w:space="0" w:color="9FB0B0"/>
          <w:bottom w:val="single" w:sz="4" w:space="0" w:color="9FB0B0"/>
          <w:right w:val="single" w:sz="4" w:space="0" w:color="9FB0B0"/>
          <w:insideH w:val="single" w:sz="4" w:space="0" w:color="9FB0B0"/>
          <w:insideV w:val="single" w:sz="4" w:space="0" w:color="9FB0B0"/>
        </w:tblBorders>
        <w:tblLayout w:type="fixed"/>
        <w:tblLook w:val="04A0" w:firstRow="1" w:lastRow="0" w:firstColumn="1" w:lastColumn="0" w:noHBand="0" w:noVBand="1"/>
      </w:tblPr>
      <w:tblGrid>
        <w:gridCol w:w="1406"/>
        <w:gridCol w:w="1390"/>
        <w:gridCol w:w="1390"/>
        <w:gridCol w:w="1390"/>
        <w:gridCol w:w="1390"/>
        <w:gridCol w:w="1390"/>
        <w:gridCol w:w="1390"/>
      </w:tblGrid>
      <w:tr w:rsidR="00856D65" w14:paraId="5CB63FD2" w14:textId="77777777">
        <w:trPr>
          <w:cantSplit/>
          <w:tblHeader/>
        </w:trPr>
        <w:tc>
          <w:tcPr>
            <w:tcW w:w="1406" w:type="dxa"/>
            <w:shd w:val="clear" w:color="auto" w:fill="0066CC"/>
            <w:tcMar>
              <w:top w:w="40" w:type="dxa"/>
              <w:left w:w="80" w:type="dxa"/>
              <w:bottom w:w="40" w:type="dxa"/>
              <w:right w:w="80" w:type="dxa"/>
            </w:tcMar>
            <w:vAlign w:val="center"/>
          </w:tcPr>
          <w:p w14:paraId="02688EE5" w14:textId="77777777" w:rsidR="00856D65" w:rsidRDefault="0086246D">
            <w:pPr>
              <w:spacing w:after="0" w:line="240" w:lineRule="auto"/>
            </w:pPr>
            <w:r>
              <w:rPr>
                <w:b/>
                <w:color w:val="FFFFFF"/>
                <w:sz w:val="19"/>
              </w:rPr>
              <w:t>Time</w:t>
            </w:r>
          </w:p>
        </w:tc>
        <w:tc>
          <w:tcPr>
            <w:tcW w:w="1390" w:type="dxa"/>
            <w:shd w:val="clear" w:color="auto" w:fill="0066CC"/>
            <w:tcMar>
              <w:top w:w="40" w:type="dxa"/>
              <w:left w:w="80" w:type="dxa"/>
              <w:bottom w:w="40" w:type="dxa"/>
              <w:right w:w="80" w:type="dxa"/>
            </w:tcMar>
            <w:vAlign w:val="center"/>
          </w:tcPr>
          <w:p w14:paraId="003EA7A2" w14:textId="77777777" w:rsidR="00856D65" w:rsidRDefault="0086246D">
            <w:pPr>
              <w:spacing w:after="0" w:line="240" w:lineRule="auto"/>
              <w:jc w:val="center"/>
            </w:pPr>
            <w:r>
              <w:rPr>
                <w:b/>
                <w:color w:val="FFFFFF"/>
                <w:sz w:val="19"/>
              </w:rPr>
              <w:t>Face A</w:t>
            </w:r>
          </w:p>
          <w:p w14:paraId="7EB1AD6B" w14:textId="77777777" w:rsidR="00856D65" w:rsidRDefault="0086246D">
            <w:pPr>
              <w:spacing w:after="0" w:line="240" w:lineRule="auto"/>
              <w:jc w:val="center"/>
            </w:pPr>
            <w:r>
              <w:rPr>
                <w:b/>
                <w:color w:val="FFFFFF"/>
                <w:sz w:val="19"/>
              </w:rPr>
              <w:t>summer</w:t>
            </w:r>
          </w:p>
        </w:tc>
        <w:tc>
          <w:tcPr>
            <w:tcW w:w="1390" w:type="dxa"/>
            <w:shd w:val="clear" w:color="auto" w:fill="0066CC"/>
            <w:tcMar>
              <w:top w:w="40" w:type="dxa"/>
              <w:left w:w="80" w:type="dxa"/>
              <w:bottom w:w="40" w:type="dxa"/>
              <w:right w:w="80" w:type="dxa"/>
            </w:tcMar>
            <w:vAlign w:val="center"/>
          </w:tcPr>
          <w:p w14:paraId="0156E239" w14:textId="77777777" w:rsidR="00856D65" w:rsidRDefault="0086246D">
            <w:pPr>
              <w:spacing w:after="0" w:line="240" w:lineRule="auto"/>
              <w:jc w:val="center"/>
            </w:pPr>
            <w:r>
              <w:rPr>
                <w:b/>
                <w:color w:val="FFFFFF"/>
                <w:sz w:val="19"/>
              </w:rPr>
              <w:t>Face A</w:t>
            </w:r>
          </w:p>
          <w:p w14:paraId="7D314DD7" w14:textId="77777777" w:rsidR="00856D65" w:rsidRDefault="0086246D">
            <w:pPr>
              <w:spacing w:after="0" w:line="240" w:lineRule="auto"/>
              <w:jc w:val="center"/>
            </w:pPr>
            <w:r>
              <w:rPr>
                <w:b/>
                <w:color w:val="FFFFFF"/>
                <w:sz w:val="19"/>
              </w:rPr>
              <w:t>winter</w:t>
            </w:r>
          </w:p>
        </w:tc>
        <w:tc>
          <w:tcPr>
            <w:tcW w:w="1390" w:type="dxa"/>
            <w:shd w:val="clear" w:color="auto" w:fill="0066CC"/>
            <w:tcMar>
              <w:top w:w="40" w:type="dxa"/>
              <w:left w:w="80" w:type="dxa"/>
              <w:bottom w:w="40" w:type="dxa"/>
              <w:right w:w="80" w:type="dxa"/>
            </w:tcMar>
            <w:vAlign w:val="center"/>
          </w:tcPr>
          <w:p w14:paraId="67842698" w14:textId="77777777" w:rsidR="00856D65" w:rsidRDefault="0086246D">
            <w:pPr>
              <w:spacing w:after="0" w:line="240" w:lineRule="auto"/>
              <w:jc w:val="center"/>
            </w:pPr>
            <w:r>
              <w:rPr>
                <w:b/>
                <w:color w:val="FFFFFF"/>
                <w:sz w:val="19"/>
              </w:rPr>
              <w:t>Face B</w:t>
            </w:r>
          </w:p>
          <w:p w14:paraId="53C97367" w14:textId="77777777" w:rsidR="00856D65" w:rsidRDefault="0086246D">
            <w:pPr>
              <w:spacing w:after="0" w:line="240" w:lineRule="auto"/>
              <w:jc w:val="center"/>
            </w:pPr>
            <w:r>
              <w:rPr>
                <w:b/>
                <w:color w:val="FFFFFF"/>
                <w:sz w:val="19"/>
              </w:rPr>
              <w:t>summer</w:t>
            </w:r>
          </w:p>
        </w:tc>
        <w:tc>
          <w:tcPr>
            <w:tcW w:w="1390" w:type="dxa"/>
            <w:shd w:val="clear" w:color="auto" w:fill="0066CC"/>
            <w:tcMar>
              <w:top w:w="40" w:type="dxa"/>
              <w:left w:w="80" w:type="dxa"/>
              <w:bottom w:w="40" w:type="dxa"/>
              <w:right w:w="80" w:type="dxa"/>
            </w:tcMar>
            <w:vAlign w:val="center"/>
          </w:tcPr>
          <w:p w14:paraId="725D1C9E" w14:textId="77777777" w:rsidR="00856D65" w:rsidRDefault="0086246D">
            <w:pPr>
              <w:spacing w:after="0" w:line="240" w:lineRule="auto"/>
              <w:jc w:val="center"/>
            </w:pPr>
            <w:r>
              <w:rPr>
                <w:b/>
                <w:color w:val="FFFFFF"/>
                <w:sz w:val="19"/>
              </w:rPr>
              <w:t>Face B</w:t>
            </w:r>
          </w:p>
          <w:p w14:paraId="791FD04E" w14:textId="77777777" w:rsidR="00856D65" w:rsidRDefault="0086246D">
            <w:pPr>
              <w:spacing w:after="0" w:line="240" w:lineRule="auto"/>
              <w:jc w:val="center"/>
            </w:pPr>
            <w:r>
              <w:rPr>
                <w:b/>
                <w:color w:val="FFFFFF"/>
                <w:sz w:val="19"/>
              </w:rPr>
              <w:t>winter</w:t>
            </w:r>
          </w:p>
        </w:tc>
        <w:tc>
          <w:tcPr>
            <w:tcW w:w="1390" w:type="dxa"/>
            <w:shd w:val="clear" w:color="auto" w:fill="0066CC"/>
            <w:tcMar>
              <w:top w:w="40" w:type="dxa"/>
              <w:left w:w="80" w:type="dxa"/>
              <w:bottom w:w="40" w:type="dxa"/>
              <w:right w:w="80" w:type="dxa"/>
            </w:tcMar>
            <w:vAlign w:val="center"/>
          </w:tcPr>
          <w:p w14:paraId="54874ABA" w14:textId="77777777" w:rsidR="00856D65" w:rsidRDefault="0086246D">
            <w:pPr>
              <w:spacing w:after="0" w:line="240" w:lineRule="auto"/>
              <w:jc w:val="center"/>
            </w:pPr>
            <w:r>
              <w:rPr>
                <w:b/>
                <w:color w:val="FFFFFF"/>
                <w:sz w:val="19"/>
              </w:rPr>
              <w:t>Face C</w:t>
            </w:r>
          </w:p>
          <w:p w14:paraId="654AAE4A" w14:textId="77777777" w:rsidR="00856D65" w:rsidRDefault="0086246D">
            <w:pPr>
              <w:spacing w:after="0" w:line="240" w:lineRule="auto"/>
              <w:jc w:val="center"/>
            </w:pPr>
            <w:r>
              <w:rPr>
                <w:b/>
                <w:color w:val="FFFFFF"/>
                <w:sz w:val="19"/>
              </w:rPr>
              <w:t>summer</w:t>
            </w:r>
          </w:p>
        </w:tc>
        <w:tc>
          <w:tcPr>
            <w:tcW w:w="1390" w:type="dxa"/>
            <w:shd w:val="clear" w:color="auto" w:fill="0066CC"/>
            <w:tcMar>
              <w:top w:w="40" w:type="dxa"/>
              <w:left w:w="80" w:type="dxa"/>
              <w:bottom w:w="40" w:type="dxa"/>
              <w:right w:w="80" w:type="dxa"/>
            </w:tcMar>
            <w:vAlign w:val="center"/>
          </w:tcPr>
          <w:p w14:paraId="7D0D3C39" w14:textId="77777777" w:rsidR="00856D65" w:rsidRDefault="0086246D">
            <w:pPr>
              <w:spacing w:after="0" w:line="240" w:lineRule="auto"/>
              <w:jc w:val="center"/>
            </w:pPr>
            <w:r>
              <w:rPr>
                <w:b/>
                <w:color w:val="FFFFFF"/>
                <w:sz w:val="19"/>
              </w:rPr>
              <w:t>Face C</w:t>
            </w:r>
          </w:p>
          <w:p w14:paraId="7FCC53C2" w14:textId="77777777" w:rsidR="00856D65" w:rsidRDefault="0086246D">
            <w:pPr>
              <w:spacing w:after="0" w:line="240" w:lineRule="auto"/>
              <w:jc w:val="center"/>
            </w:pPr>
            <w:r>
              <w:rPr>
                <w:b/>
                <w:color w:val="FFFFFF"/>
                <w:sz w:val="19"/>
              </w:rPr>
              <w:t>winter</w:t>
            </w:r>
          </w:p>
        </w:tc>
      </w:tr>
      <w:tr w:rsidR="00856D65" w14:paraId="3C3FFA92" w14:textId="77777777">
        <w:trPr>
          <w:cantSplit/>
          <w:trHeight w:val="520"/>
        </w:trPr>
        <w:tc>
          <w:tcPr>
            <w:tcW w:w="1406" w:type="dxa"/>
            <w:shd w:val="clear" w:color="auto" w:fill="F4F7F6"/>
            <w:tcMar>
              <w:top w:w="40" w:type="dxa"/>
              <w:left w:w="80" w:type="dxa"/>
              <w:bottom w:w="40" w:type="dxa"/>
              <w:right w:w="80" w:type="dxa"/>
            </w:tcMar>
            <w:vAlign w:val="center"/>
          </w:tcPr>
          <w:p w14:paraId="56BB4F5A" w14:textId="77777777" w:rsidR="00856D65" w:rsidRDefault="0086246D">
            <w:pPr>
              <w:spacing w:after="0" w:line="240" w:lineRule="auto"/>
            </w:pPr>
            <w:r>
              <w:rPr>
                <w:b/>
                <w:sz w:val="19"/>
              </w:rPr>
              <w:t>7 am</w:t>
            </w:r>
          </w:p>
        </w:tc>
        <w:tc>
          <w:tcPr>
            <w:tcW w:w="1390" w:type="dxa"/>
            <w:shd w:val="clear" w:color="auto" w:fill="FFFFFF"/>
            <w:tcMar>
              <w:top w:w="40" w:type="dxa"/>
              <w:left w:w="80" w:type="dxa"/>
              <w:bottom w:w="40" w:type="dxa"/>
              <w:right w:w="80" w:type="dxa"/>
            </w:tcMar>
            <w:vAlign w:val="center"/>
          </w:tcPr>
          <w:p w14:paraId="6AE01765"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31EE6684"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21DFB44A"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1E1448A9"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0B3443B4"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6F160EBA" w14:textId="77777777" w:rsidR="00856D65" w:rsidRDefault="00856D65">
            <w:pPr>
              <w:spacing w:after="0" w:line="240" w:lineRule="auto"/>
              <w:jc w:val="center"/>
            </w:pPr>
          </w:p>
        </w:tc>
      </w:tr>
      <w:tr w:rsidR="00856D65" w14:paraId="288F0BBF" w14:textId="77777777">
        <w:trPr>
          <w:cantSplit/>
          <w:trHeight w:val="520"/>
        </w:trPr>
        <w:tc>
          <w:tcPr>
            <w:tcW w:w="1406" w:type="dxa"/>
            <w:shd w:val="clear" w:color="auto" w:fill="F4F7F6"/>
            <w:tcMar>
              <w:top w:w="40" w:type="dxa"/>
              <w:left w:w="80" w:type="dxa"/>
              <w:bottom w:w="40" w:type="dxa"/>
              <w:right w:w="80" w:type="dxa"/>
            </w:tcMar>
            <w:vAlign w:val="center"/>
          </w:tcPr>
          <w:p w14:paraId="7D7C7665" w14:textId="77777777" w:rsidR="00856D65" w:rsidRDefault="0086246D">
            <w:pPr>
              <w:spacing w:after="0" w:line="240" w:lineRule="auto"/>
            </w:pPr>
            <w:r>
              <w:rPr>
                <w:b/>
                <w:sz w:val="19"/>
              </w:rPr>
              <w:t>8 am</w:t>
            </w:r>
          </w:p>
        </w:tc>
        <w:tc>
          <w:tcPr>
            <w:tcW w:w="1390" w:type="dxa"/>
            <w:shd w:val="clear" w:color="auto" w:fill="FFFFFF"/>
            <w:tcMar>
              <w:top w:w="40" w:type="dxa"/>
              <w:left w:w="80" w:type="dxa"/>
              <w:bottom w:w="40" w:type="dxa"/>
              <w:right w:w="80" w:type="dxa"/>
            </w:tcMar>
            <w:vAlign w:val="center"/>
          </w:tcPr>
          <w:p w14:paraId="2AD70C36"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16FC2F7D"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63B686E7"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6C624A78"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11CFD5C8"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6D491A9E" w14:textId="77777777" w:rsidR="00856D65" w:rsidRDefault="00856D65">
            <w:pPr>
              <w:spacing w:after="0" w:line="240" w:lineRule="auto"/>
              <w:jc w:val="center"/>
            </w:pPr>
          </w:p>
        </w:tc>
      </w:tr>
      <w:tr w:rsidR="00856D65" w14:paraId="33370DB3" w14:textId="77777777">
        <w:trPr>
          <w:cantSplit/>
          <w:trHeight w:val="520"/>
        </w:trPr>
        <w:tc>
          <w:tcPr>
            <w:tcW w:w="1406" w:type="dxa"/>
            <w:shd w:val="clear" w:color="auto" w:fill="F4F7F6"/>
            <w:tcMar>
              <w:top w:w="40" w:type="dxa"/>
              <w:left w:w="80" w:type="dxa"/>
              <w:bottom w:w="40" w:type="dxa"/>
              <w:right w:w="80" w:type="dxa"/>
            </w:tcMar>
            <w:vAlign w:val="center"/>
          </w:tcPr>
          <w:p w14:paraId="12C26B0B" w14:textId="77777777" w:rsidR="00856D65" w:rsidRDefault="0086246D">
            <w:pPr>
              <w:spacing w:after="0" w:line="240" w:lineRule="auto"/>
            </w:pPr>
            <w:r>
              <w:rPr>
                <w:b/>
                <w:sz w:val="19"/>
              </w:rPr>
              <w:t>9 am</w:t>
            </w:r>
          </w:p>
        </w:tc>
        <w:tc>
          <w:tcPr>
            <w:tcW w:w="1390" w:type="dxa"/>
            <w:shd w:val="clear" w:color="auto" w:fill="FFFFFF"/>
            <w:tcMar>
              <w:top w:w="40" w:type="dxa"/>
              <w:left w:w="80" w:type="dxa"/>
              <w:bottom w:w="40" w:type="dxa"/>
              <w:right w:w="80" w:type="dxa"/>
            </w:tcMar>
            <w:vAlign w:val="center"/>
          </w:tcPr>
          <w:p w14:paraId="47913181"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2824F7A8"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2D3DC10C"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3523BB1B"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36CDDB2B"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125DCABA" w14:textId="77777777" w:rsidR="00856D65" w:rsidRDefault="00856D65">
            <w:pPr>
              <w:spacing w:after="0" w:line="240" w:lineRule="auto"/>
              <w:jc w:val="center"/>
            </w:pPr>
          </w:p>
        </w:tc>
      </w:tr>
      <w:tr w:rsidR="00856D65" w14:paraId="76EC5474" w14:textId="77777777">
        <w:trPr>
          <w:cantSplit/>
          <w:trHeight w:val="520"/>
        </w:trPr>
        <w:tc>
          <w:tcPr>
            <w:tcW w:w="1406" w:type="dxa"/>
            <w:shd w:val="clear" w:color="auto" w:fill="F4F7F6"/>
            <w:tcMar>
              <w:top w:w="40" w:type="dxa"/>
              <w:left w:w="80" w:type="dxa"/>
              <w:bottom w:w="40" w:type="dxa"/>
              <w:right w:w="80" w:type="dxa"/>
            </w:tcMar>
            <w:vAlign w:val="center"/>
          </w:tcPr>
          <w:p w14:paraId="6215547B" w14:textId="77777777" w:rsidR="00856D65" w:rsidRDefault="0086246D">
            <w:pPr>
              <w:spacing w:after="0" w:line="240" w:lineRule="auto"/>
            </w:pPr>
            <w:r>
              <w:rPr>
                <w:b/>
                <w:sz w:val="19"/>
              </w:rPr>
              <w:t>10 am</w:t>
            </w:r>
          </w:p>
        </w:tc>
        <w:tc>
          <w:tcPr>
            <w:tcW w:w="1390" w:type="dxa"/>
            <w:shd w:val="clear" w:color="auto" w:fill="FFFFFF"/>
            <w:tcMar>
              <w:top w:w="40" w:type="dxa"/>
              <w:left w:w="80" w:type="dxa"/>
              <w:bottom w:w="40" w:type="dxa"/>
              <w:right w:w="80" w:type="dxa"/>
            </w:tcMar>
            <w:vAlign w:val="center"/>
          </w:tcPr>
          <w:p w14:paraId="6756E552"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0BA8778C"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58FEF9E5"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48C59D55"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6031A93B"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6C363717" w14:textId="77777777" w:rsidR="00856D65" w:rsidRDefault="00856D65">
            <w:pPr>
              <w:spacing w:after="0" w:line="240" w:lineRule="auto"/>
              <w:jc w:val="center"/>
            </w:pPr>
          </w:p>
        </w:tc>
      </w:tr>
      <w:tr w:rsidR="00856D65" w14:paraId="2035DFC3" w14:textId="77777777">
        <w:trPr>
          <w:cantSplit/>
          <w:trHeight w:val="520"/>
        </w:trPr>
        <w:tc>
          <w:tcPr>
            <w:tcW w:w="1406" w:type="dxa"/>
            <w:shd w:val="clear" w:color="auto" w:fill="F4F7F6"/>
            <w:tcMar>
              <w:top w:w="40" w:type="dxa"/>
              <w:left w:w="80" w:type="dxa"/>
              <w:bottom w:w="40" w:type="dxa"/>
              <w:right w:w="80" w:type="dxa"/>
            </w:tcMar>
            <w:vAlign w:val="center"/>
          </w:tcPr>
          <w:p w14:paraId="6370E3F2" w14:textId="77777777" w:rsidR="00856D65" w:rsidRDefault="0086246D">
            <w:pPr>
              <w:spacing w:after="0" w:line="240" w:lineRule="auto"/>
            </w:pPr>
            <w:r>
              <w:rPr>
                <w:b/>
                <w:sz w:val="19"/>
              </w:rPr>
              <w:t>11 am</w:t>
            </w:r>
          </w:p>
        </w:tc>
        <w:tc>
          <w:tcPr>
            <w:tcW w:w="1390" w:type="dxa"/>
            <w:shd w:val="clear" w:color="auto" w:fill="FFFFFF"/>
            <w:tcMar>
              <w:top w:w="40" w:type="dxa"/>
              <w:left w:w="80" w:type="dxa"/>
              <w:bottom w:w="40" w:type="dxa"/>
              <w:right w:w="80" w:type="dxa"/>
            </w:tcMar>
            <w:vAlign w:val="center"/>
          </w:tcPr>
          <w:p w14:paraId="7CE593DA"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0E660357"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7A9ADEDE"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2264E8AE"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143F22C5"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5525A4F3" w14:textId="77777777" w:rsidR="00856D65" w:rsidRDefault="00856D65">
            <w:pPr>
              <w:spacing w:after="0" w:line="240" w:lineRule="auto"/>
              <w:jc w:val="center"/>
            </w:pPr>
          </w:p>
        </w:tc>
      </w:tr>
      <w:tr w:rsidR="00856D65" w14:paraId="17B28EAC" w14:textId="77777777">
        <w:trPr>
          <w:cantSplit/>
          <w:trHeight w:val="520"/>
        </w:trPr>
        <w:tc>
          <w:tcPr>
            <w:tcW w:w="1406" w:type="dxa"/>
            <w:shd w:val="clear" w:color="auto" w:fill="F4F7F6"/>
            <w:tcMar>
              <w:top w:w="40" w:type="dxa"/>
              <w:left w:w="80" w:type="dxa"/>
              <w:bottom w:w="40" w:type="dxa"/>
              <w:right w:w="80" w:type="dxa"/>
            </w:tcMar>
            <w:vAlign w:val="center"/>
          </w:tcPr>
          <w:p w14:paraId="4DD5FB61" w14:textId="77777777" w:rsidR="00856D65" w:rsidRDefault="0086246D">
            <w:pPr>
              <w:spacing w:after="0" w:line="240" w:lineRule="auto"/>
            </w:pPr>
            <w:r>
              <w:rPr>
                <w:b/>
                <w:sz w:val="19"/>
              </w:rPr>
              <w:t>12 noon</w:t>
            </w:r>
          </w:p>
        </w:tc>
        <w:tc>
          <w:tcPr>
            <w:tcW w:w="1390" w:type="dxa"/>
            <w:shd w:val="clear" w:color="auto" w:fill="FFFFFF"/>
            <w:tcMar>
              <w:top w:w="40" w:type="dxa"/>
              <w:left w:w="80" w:type="dxa"/>
              <w:bottom w:w="40" w:type="dxa"/>
              <w:right w:w="80" w:type="dxa"/>
            </w:tcMar>
            <w:vAlign w:val="center"/>
          </w:tcPr>
          <w:p w14:paraId="25199347"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6133D8DE"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1D13A0D4"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150DB93D"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4A8812EE"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614B1006" w14:textId="77777777" w:rsidR="00856D65" w:rsidRDefault="00856D65">
            <w:pPr>
              <w:spacing w:after="0" w:line="240" w:lineRule="auto"/>
              <w:jc w:val="center"/>
            </w:pPr>
          </w:p>
        </w:tc>
      </w:tr>
      <w:tr w:rsidR="00856D65" w14:paraId="33816F1B" w14:textId="77777777">
        <w:trPr>
          <w:cantSplit/>
          <w:trHeight w:val="520"/>
        </w:trPr>
        <w:tc>
          <w:tcPr>
            <w:tcW w:w="1406" w:type="dxa"/>
            <w:shd w:val="clear" w:color="auto" w:fill="F4F7F6"/>
            <w:tcMar>
              <w:top w:w="40" w:type="dxa"/>
              <w:left w:w="80" w:type="dxa"/>
              <w:bottom w:w="40" w:type="dxa"/>
              <w:right w:w="80" w:type="dxa"/>
            </w:tcMar>
            <w:vAlign w:val="center"/>
          </w:tcPr>
          <w:p w14:paraId="381823D1" w14:textId="77777777" w:rsidR="00856D65" w:rsidRDefault="0086246D">
            <w:pPr>
              <w:spacing w:after="0" w:line="240" w:lineRule="auto"/>
            </w:pPr>
            <w:r>
              <w:rPr>
                <w:b/>
                <w:sz w:val="19"/>
              </w:rPr>
              <w:t>1 pm</w:t>
            </w:r>
          </w:p>
        </w:tc>
        <w:tc>
          <w:tcPr>
            <w:tcW w:w="1390" w:type="dxa"/>
            <w:shd w:val="clear" w:color="auto" w:fill="FFFFFF"/>
            <w:tcMar>
              <w:top w:w="40" w:type="dxa"/>
              <w:left w:w="80" w:type="dxa"/>
              <w:bottom w:w="40" w:type="dxa"/>
              <w:right w:w="80" w:type="dxa"/>
            </w:tcMar>
            <w:vAlign w:val="center"/>
          </w:tcPr>
          <w:p w14:paraId="1122DFC5"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01EF500D"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54DEC123"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00A44153"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386ABCF5"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71DFD87F" w14:textId="77777777" w:rsidR="00856D65" w:rsidRDefault="00856D65">
            <w:pPr>
              <w:spacing w:after="0" w:line="240" w:lineRule="auto"/>
              <w:jc w:val="center"/>
            </w:pPr>
          </w:p>
        </w:tc>
      </w:tr>
      <w:tr w:rsidR="00856D65" w14:paraId="259E1A90" w14:textId="77777777">
        <w:trPr>
          <w:cantSplit/>
          <w:trHeight w:val="520"/>
        </w:trPr>
        <w:tc>
          <w:tcPr>
            <w:tcW w:w="1406" w:type="dxa"/>
            <w:shd w:val="clear" w:color="auto" w:fill="F4F7F6"/>
            <w:tcMar>
              <w:top w:w="40" w:type="dxa"/>
              <w:left w:w="80" w:type="dxa"/>
              <w:bottom w:w="40" w:type="dxa"/>
              <w:right w:w="80" w:type="dxa"/>
            </w:tcMar>
            <w:vAlign w:val="center"/>
          </w:tcPr>
          <w:p w14:paraId="0790391A" w14:textId="77777777" w:rsidR="00856D65" w:rsidRDefault="0086246D">
            <w:pPr>
              <w:spacing w:after="0" w:line="240" w:lineRule="auto"/>
            </w:pPr>
            <w:r>
              <w:rPr>
                <w:b/>
                <w:sz w:val="19"/>
              </w:rPr>
              <w:t>2 pm</w:t>
            </w:r>
          </w:p>
        </w:tc>
        <w:tc>
          <w:tcPr>
            <w:tcW w:w="1390" w:type="dxa"/>
            <w:shd w:val="clear" w:color="auto" w:fill="FFFFFF"/>
            <w:tcMar>
              <w:top w:w="40" w:type="dxa"/>
              <w:left w:w="80" w:type="dxa"/>
              <w:bottom w:w="40" w:type="dxa"/>
              <w:right w:w="80" w:type="dxa"/>
            </w:tcMar>
            <w:vAlign w:val="center"/>
          </w:tcPr>
          <w:p w14:paraId="42EB4933"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5764108D"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34DBE80F"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7362646F"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20B3E020"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2FA9F162" w14:textId="77777777" w:rsidR="00856D65" w:rsidRDefault="00856D65">
            <w:pPr>
              <w:spacing w:after="0" w:line="240" w:lineRule="auto"/>
              <w:jc w:val="center"/>
            </w:pPr>
          </w:p>
        </w:tc>
      </w:tr>
      <w:tr w:rsidR="00856D65" w14:paraId="1FEB0244" w14:textId="77777777">
        <w:trPr>
          <w:cantSplit/>
          <w:trHeight w:val="520"/>
        </w:trPr>
        <w:tc>
          <w:tcPr>
            <w:tcW w:w="1406" w:type="dxa"/>
            <w:shd w:val="clear" w:color="auto" w:fill="F4F7F6"/>
            <w:tcMar>
              <w:top w:w="40" w:type="dxa"/>
              <w:left w:w="80" w:type="dxa"/>
              <w:bottom w:w="40" w:type="dxa"/>
              <w:right w:w="80" w:type="dxa"/>
            </w:tcMar>
            <w:vAlign w:val="center"/>
          </w:tcPr>
          <w:p w14:paraId="3D6DD79C" w14:textId="77777777" w:rsidR="00856D65" w:rsidRDefault="0086246D">
            <w:pPr>
              <w:spacing w:after="0" w:line="240" w:lineRule="auto"/>
            </w:pPr>
            <w:r>
              <w:rPr>
                <w:b/>
                <w:sz w:val="19"/>
              </w:rPr>
              <w:t>3 pm</w:t>
            </w:r>
          </w:p>
        </w:tc>
        <w:tc>
          <w:tcPr>
            <w:tcW w:w="1390" w:type="dxa"/>
            <w:shd w:val="clear" w:color="auto" w:fill="FFFFFF"/>
            <w:tcMar>
              <w:top w:w="40" w:type="dxa"/>
              <w:left w:w="80" w:type="dxa"/>
              <w:bottom w:w="40" w:type="dxa"/>
              <w:right w:w="80" w:type="dxa"/>
            </w:tcMar>
            <w:vAlign w:val="center"/>
          </w:tcPr>
          <w:p w14:paraId="39F55895"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14542EF6"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7C9A5D3E"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48F81779"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70A951D9"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2AB5EA51" w14:textId="77777777" w:rsidR="00856D65" w:rsidRDefault="00856D65">
            <w:pPr>
              <w:spacing w:after="0" w:line="240" w:lineRule="auto"/>
              <w:jc w:val="center"/>
            </w:pPr>
          </w:p>
        </w:tc>
      </w:tr>
      <w:tr w:rsidR="00856D65" w14:paraId="115E961B" w14:textId="77777777">
        <w:trPr>
          <w:cantSplit/>
          <w:trHeight w:val="520"/>
        </w:trPr>
        <w:tc>
          <w:tcPr>
            <w:tcW w:w="1406" w:type="dxa"/>
            <w:shd w:val="clear" w:color="auto" w:fill="F4F7F6"/>
            <w:tcMar>
              <w:top w:w="40" w:type="dxa"/>
              <w:left w:w="80" w:type="dxa"/>
              <w:bottom w:w="40" w:type="dxa"/>
              <w:right w:w="80" w:type="dxa"/>
            </w:tcMar>
            <w:vAlign w:val="center"/>
          </w:tcPr>
          <w:p w14:paraId="15C2A034" w14:textId="77777777" w:rsidR="00856D65" w:rsidRDefault="0086246D">
            <w:pPr>
              <w:spacing w:after="0" w:line="240" w:lineRule="auto"/>
            </w:pPr>
            <w:r>
              <w:rPr>
                <w:b/>
                <w:sz w:val="19"/>
              </w:rPr>
              <w:t>4 pm</w:t>
            </w:r>
          </w:p>
        </w:tc>
        <w:tc>
          <w:tcPr>
            <w:tcW w:w="1390" w:type="dxa"/>
            <w:shd w:val="clear" w:color="auto" w:fill="FFFFFF"/>
            <w:tcMar>
              <w:top w:w="40" w:type="dxa"/>
              <w:left w:w="80" w:type="dxa"/>
              <w:bottom w:w="40" w:type="dxa"/>
              <w:right w:w="80" w:type="dxa"/>
            </w:tcMar>
            <w:vAlign w:val="center"/>
          </w:tcPr>
          <w:p w14:paraId="6688B8E4"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2629E00A"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2F84B7F9"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1192AB38"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42BF3C11"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3D701EE9" w14:textId="77777777" w:rsidR="00856D65" w:rsidRDefault="00856D65">
            <w:pPr>
              <w:spacing w:after="0" w:line="240" w:lineRule="auto"/>
              <w:jc w:val="center"/>
            </w:pPr>
          </w:p>
        </w:tc>
      </w:tr>
      <w:tr w:rsidR="00856D65" w14:paraId="693AB64E" w14:textId="77777777">
        <w:trPr>
          <w:cantSplit/>
          <w:trHeight w:val="520"/>
        </w:trPr>
        <w:tc>
          <w:tcPr>
            <w:tcW w:w="1406" w:type="dxa"/>
            <w:shd w:val="clear" w:color="auto" w:fill="F4F7F6"/>
            <w:tcMar>
              <w:top w:w="40" w:type="dxa"/>
              <w:left w:w="80" w:type="dxa"/>
              <w:bottom w:w="40" w:type="dxa"/>
              <w:right w:w="80" w:type="dxa"/>
            </w:tcMar>
            <w:vAlign w:val="center"/>
          </w:tcPr>
          <w:p w14:paraId="74B14BE4" w14:textId="77777777" w:rsidR="00856D65" w:rsidRDefault="0086246D">
            <w:pPr>
              <w:spacing w:after="0" w:line="240" w:lineRule="auto"/>
            </w:pPr>
            <w:r>
              <w:rPr>
                <w:b/>
                <w:sz w:val="19"/>
              </w:rPr>
              <w:t>5 pm</w:t>
            </w:r>
          </w:p>
        </w:tc>
        <w:tc>
          <w:tcPr>
            <w:tcW w:w="1390" w:type="dxa"/>
            <w:shd w:val="clear" w:color="auto" w:fill="FFFFFF"/>
            <w:tcMar>
              <w:top w:w="40" w:type="dxa"/>
              <w:left w:w="80" w:type="dxa"/>
              <w:bottom w:w="40" w:type="dxa"/>
              <w:right w:w="80" w:type="dxa"/>
            </w:tcMar>
            <w:vAlign w:val="center"/>
          </w:tcPr>
          <w:p w14:paraId="50B971F9"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755638F1"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07D36D71"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551A2D24"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6842948B" w14:textId="77777777" w:rsidR="00856D65" w:rsidRDefault="00856D65">
            <w:pPr>
              <w:spacing w:after="0" w:line="240" w:lineRule="auto"/>
              <w:jc w:val="center"/>
            </w:pPr>
          </w:p>
        </w:tc>
        <w:tc>
          <w:tcPr>
            <w:tcW w:w="1390" w:type="dxa"/>
            <w:shd w:val="clear" w:color="auto" w:fill="FFFFFF"/>
            <w:tcMar>
              <w:top w:w="40" w:type="dxa"/>
              <w:left w:w="80" w:type="dxa"/>
              <w:bottom w:w="40" w:type="dxa"/>
              <w:right w:w="80" w:type="dxa"/>
            </w:tcMar>
            <w:vAlign w:val="center"/>
          </w:tcPr>
          <w:p w14:paraId="5D4989DC" w14:textId="77777777" w:rsidR="00856D65" w:rsidRDefault="00856D65">
            <w:pPr>
              <w:spacing w:after="0" w:line="240" w:lineRule="auto"/>
              <w:jc w:val="center"/>
            </w:pPr>
          </w:p>
        </w:tc>
      </w:tr>
    </w:tbl>
    <w:p w14:paraId="0C70B212" w14:textId="77777777" w:rsidR="00856D65" w:rsidRDefault="00856D65">
      <w:pPr>
        <w:spacing w:after="0" w:line="200" w:lineRule="exact"/>
      </w:pPr>
    </w:p>
    <w:p w14:paraId="5A6C06F2" w14:textId="77777777" w:rsidR="00856D65" w:rsidRDefault="0086246D">
      <w:pPr>
        <w:spacing w:after="160" w:line="240" w:lineRule="auto"/>
      </w:pPr>
      <w:r>
        <w:rPr>
          <w:b/>
          <w:sz w:val="18"/>
        </w:rPr>
        <w:t>What causes the shade?</w:t>
      </w:r>
      <w:r>
        <w:rPr>
          <w:sz w:val="18"/>
        </w:rPr>
        <w:t xml:space="preserve">     ☐ Trees   ☐ Chimney   ☐ Neighbouring building   ☐ Satellite dish or vent pipe   ☐ Overhead cables   ☐ Other: __________</w:t>
      </w:r>
    </w:p>
    <w:p w14:paraId="7D536AC5" w14:textId="77777777" w:rsidR="00856D65" w:rsidRDefault="0086246D">
      <w:pPr>
        <w:keepNext/>
        <w:spacing w:before="100" w:after="50"/>
      </w:pPr>
      <w:r>
        <w:rPr>
          <w:b/>
          <w:color w:val="52796F"/>
          <w:sz w:val="21"/>
        </w:rPr>
        <w:t>Sketch your roof</w:t>
      </w:r>
    </w:p>
    <w:p w14:paraId="04340740" w14:textId="77777777" w:rsidR="00856D65" w:rsidRDefault="0086246D">
      <w:pPr>
        <w:spacing w:after="60" w:line="240" w:lineRule="auto"/>
      </w:pPr>
      <w:r>
        <w:rPr>
          <w:sz w:val="18"/>
        </w:rPr>
        <w:t>Draw the roof faces, mark north (or south), and sketch anything that casts a shadow: trees, chimneys, neighbouring buildings.</w:t>
      </w:r>
    </w:p>
    <w:tbl>
      <w:tblPr>
        <w:tblW w:w="9746" w:type="dxa"/>
        <w:tblBorders>
          <w:top w:val="single" w:sz="6" w:space="0" w:color="9FB0B0"/>
          <w:left w:val="single" w:sz="6" w:space="0" w:color="9FB0B0"/>
          <w:bottom w:val="single" w:sz="6" w:space="0" w:color="9FB0B0"/>
          <w:right w:val="single" w:sz="6" w:space="0" w:color="9FB0B0"/>
        </w:tblBorders>
        <w:tblLayout w:type="fixed"/>
        <w:tblLook w:val="04A0" w:firstRow="1" w:lastRow="0" w:firstColumn="1" w:lastColumn="0" w:noHBand="0" w:noVBand="1"/>
      </w:tblPr>
      <w:tblGrid>
        <w:gridCol w:w="9746"/>
      </w:tblGrid>
      <w:tr w:rsidR="00856D65" w14:paraId="2D793251" w14:textId="77777777" w:rsidTr="00C231A2">
        <w:trPr>
          <w:trHeight w:hRule="exact" w:val="3229"/>
        </w:trPr>
        <w:tc>
          <w:tcPr>
            <w:tcW w:w="9746" w:type="dxa"/>
          </w:tcPr>
          <w:p w14:paraId="5B06C324" w14:textId="77777777" w:rsidR="00856D65" w:rsidRDefault="00856D65"/>
        </w:tc>
      </w:tr>
    </w:tbl>
    <w:p w14:paraId="1D8C1908" w14:textId="77777777" w:rsidR="0086246D" w:rsidRDefault="0086246D"/>
    <w:sectPr w:rsidR="0086246D">
      <w:footerReference w:type="default" r:id="rId8"/>
      <w:pgSz w:w="11906" w:h="16838"/>
      <w:pgMar w:top="900" w:right="1080" w:bottom="90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D4212" w14:textId="77777777" w:rsidR="0086246D" w:rsidRDefault="0086246D">
      <w:pPr>
        <w:spacing w:after="0" w:line="240" w:lineRule="auto"/>
      </w:pPr>
      <w:r>
        <w:separator/>
      </w:r>
    </w:p>
  </w:endnote>
  <w:endnote w:type="continuationSeparator" w:id="0">
    <w:p w14:paraId="09303EB7" w14:textId="77777777" w:rsidR="0086246D" w:rsidRDefault="00862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B28D7" w14:textId="77777777" w:rsidR="00856D65" w:rsidRDefault="0086246D">
    <w:pPr>
      <w:pBdr>
        <w:top w:val="single" w:sz="4" w:space="6" w:color="C9D1D0"/>
      </w:pBdr>
      <w:tabs>
        <w:tab w:val="right" w:pos="9746"/>
      </w:tabs>
    </w:pPr>
    <w:r>
      <w:rPr>
        <w:color w:val="52796F"/>
        <w:sz w:val="16"/>
      </w:rPr>
      <w:t>The Practical Solar Guide · Roof Assessment Checklist</w:t>
    </w:r>
    <w:r>
      <w:rPr>
        <w:sz w:val="16"/>
      </w:rPr>
      <w:tab/>
    </w:r>
    <w:r>
      <w:rPr>
        <w:color w:val="52796F"/>
        <w:sz w:val="16"/>
      </w:rPr>
      <w:fldChar w:fldCharType="begin"/>
    </w:r>
    <w:r>
      <w:rPr>
        <w:color w:val="52796F"/>
        <w:sz w:val="16"/>
      </w:rPr>
      <w:instrText xml:space="preserve"> PAGE </w:instrText>
    </w:r>
    <w:r>
      <w:rPr>
        <w:color w:val="52796F"/>
        <w:sz w:val="16"/>
      </w:rPr>
      <w:fldChar w:fldCharType="separate"/>
    </w:r>
    <w:r>
      <w:rPr>
        <w:color w:val="52796F"/>
        <w:sz w:val="16"/>
      </w:rPr>
      <w:t>2</w:t>
    </w:r>
    <w:r>
      <w:rPr>
        <w:color w:val="52796F"/>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FA50D" w14:textId="77777777" w:rsidR="0086246D" w:rsidRDefault="0086246D">
      <w:pPr>
        <w:spacing w:after="0" w:line="240" w:lineRule="auto"/>
      </w:pPr>
      <w:r>
        <w:separator/>
      </w:r>
    </w:p>
  </w:footnote>
  <w:footnote w:type="continuationSeparator" w:id="0">
    <w:p w14:paraId="099C8317" w14:textId="77777777" w:rsidR="0086246D" w:rsidRDefault="008624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9242129">
    <w:abstractNumId w:val="8"/>
  </w:num>
  <w:num w:numId="2" w16cid:durableId="1450781097">
    <w:abstractNumId w:val="6"/>
  </w:num>
  <w:num w:numId="3" w16cid:durableId="783623009">
    <w:abstractNumId w:val="5"/>
  </w:num>
  <w:num w:numId="4" w16cid:durableId="586427350">
    <w:abstractNumId w:val="4"/>
  </w:num>
  <w:num w:numId="5" w16cid:durableId="396637352">
    <w:abstractNumId w:val="7"/>
  </w:num>
  <w:num w:numId="6" w16cid:durableId="819342914">
    <w:abstractNumId w:val="3"/>
  </w:num>
  <w:num w:numId="7" w16cid:durableId="2103060994">
    <w:abstractNumId w:val="2"/>
  </w:num>
  <w:num w:numId="8" w16cid:durableId="1232153377">
    <w:abstractNumId w:val="1"/>
  </w:num>
  <w:num w:numId="9" w16cid:durableId="315034563">
    <w:abstractNumId w:val="0"/>
  </w:num>
  <w:num w:numId="10" w16cid:durableId="1821575667">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32C8"/>
    <w:rsid w:val="00856D65"/>
    <w:rsid w:val="0086246D"/>
    <w:rsid w:val="008F44CB"/>
    <w:rsid w:val="00AA1D8D"/>
    <w:rsid w:val="00B47730"/>
    <w:rsid w:val="00C231A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7D4898"/>
  <w14:defaultImageDpi w14:val="300"/>
  <w15:docId w15:val="{C5172FAE-4604-43EF-A575-387F69C06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Segoe UI" w:hAnsi="Segoe UI"/>
      <w:color w:val="2F3E4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Greg Hayter (ZA)</cp:lastModifiedBy>
  <cp:revision>2</cp:revision>
  <dcterms:created xsi:type="dcterms:W3CDTF">2026-10-14T21:30:00Z</dcterms:created>
  <dcterms:modified xsi:type="dcterms:W3CDTF">2026-10-14T21:30:00Z</dcterms:modified>
  <cp:category/>
</cp:coreProperties>
</file>